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5256"/>
      </w:tblGrid>
      <w:tr w:rsidR="006F2215" w14:paraId="369102F2" w14:textId="77777777">
        <w:trPr>
          <w:jc w:val="center"/>
        </w:trPr>
        <w:tc>
          <w:tcPr>
            <w:tcW w:w="4536" w:type="dxa"/>
            <w:tcBorders>
              <w:bottom w:val="single" w:sz="8" w:space="0" w:color="145A8D"/>
            </w:tcBorders>
            <w:tcMar>
              <w:top w:w="0" w:type="dxa"/>
              <w:left w:w="0" w:type="dxa"/>
              <w:bottom w:w="80" w:type="dxa"/>
              <w:right w:w="0" w:type="dxa"/>
            </w:tcMar>
            <w:vAlign w:val="center"/>
          </w:tcPr>
          <w:p w14:paraId="2A6A63D0" w14:textId="77777777" w:rsidR="006F2215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46A465AF" wp14:editId="2BDDC52A">
                  <wp:extent cx="1261872" cy="1261872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tcBorders>
              <w:bottom w:val="single" w:sz="8" w:space="0" w:color="145A8D"/>
            </w:tcBorders>
            <w:tcMar>
              <w:top w:w="0" w:type="dxa"/>
              <w:left w:w="0" w:type="dxa"/>
              <w:bottom w:w="80" w:type="dxa"/>
              <w:right w:w="0" w:type="dxa"/>
            </w:tcMar>
            <w:vAlign w:val="center"/>
          </w:tcPr>
          <w:p w14:paraId="4E83EFBD" w14:textId="77777777" w:rsidR="006F2215" w:rsidRDefault="00000000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75E1A6E2" wp14:editId="6CCC2901">
                  <wp:extent cx="2414016" cy="77699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016" cy="77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2ADD38" w14:textId="77777777" w:rsidR="006F2215" w:rsidRPr="00E535A5" w:rsidRDefault="00000000">
      <w:pPr>
        <w:spacing w:before="160" w:after="40"/>
        <w:jc w:val="center"/>
        <w:rPr>
          <w:lang w:val="ru-RU"/>
        </w:rPr>
      </w:pPr>
      <w:r w:rsidRPr="00E535A5">
        <w:rPr>
          <w:rFonts w:ascii="Aptos Display" w:hAnsi="Aptos Display"/>
          <w:b/>
          <w:color w:val="123B5D"/>
          <w:sz w:val="30"/>
          <w:lang w:val="ru-RU"/>
        </w:rPr>
        <w:t>ИНФОРМАЦИОННОЕ ПИСЬМО</w:t>
      </w:r>
    </w:p>
    <w:p w14:paraId="2B75AF59" w14:textId="77777777" w:rsidR="006F2215" w:rsidRPr="00E535A5" w:rsidRDefault="00000000">
      <w:pPr>
        <w:spacing w:after="0"/>
        <w:jc w:val="center"/>
        <w:rPr>
          <w:lang w:val="ru-RU"/>
        </w:rPr>
      </w:pPr>
      <w:r w:rsidRPr="00E535A5">
        <w:rPr>
          <w:b/>
          <w:color w:val="145A8D"/>
          <w:sz w:val="28"/>
          <w:lang w:val="ru-RU"/>
        </w:rPr>
        <w:t>Всероссийский веб-квест для школьных и студенческих команд</w:t>
      </w:r>
    </w:p>
    <w:p w14:paraId="5CD4A280" w14:textId="77777777" w:rsidR="006F2215" w:rsidRDefault="00000000">
      <w:pPr>
        <w:spacing w:after="160"/>
        <w:jc w:val="center"/>
      </w:pPr>
      <w:r>
        <w:rPr>
          <w:b/>
          <w:color w:val="123B5D"/>
          <w:sz w:val="40"/>
        </w:rPr>
        <w:t>«</w:t>
      </w:r>
      <w:proofErr w:type="spellStart"/>
      <w:r>
        <w:rPr>
          <w:b/>
          <w:color w:val="123B5D"/>
          <w:sz w:val="40"/>
        </w:rPr>
        <w:t>ЛингвоРегата</w:t>
      </w:r>
      <w:proofErr w:type="spellEnd"/>
      <w:r>
        <w:rPr>
          <w:b/>
          <w:color w:val="123B5D"/>
          <w:sz w:val="40"/>
        </w:rPr>
        <w:t>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6F2215" w14:paraId="2E1AD30E" w14:textId="77777777">
        <w:trPr>
          <w:jc w:val="center"/>
        </w:trPr>
        <w:tc>
          <w:tcPr>
            <w:tcW w:w="5018" w:type="dxa"/>
            <w:tcBorders>
              <w:top w:val="single" w:sz="4" w:space="0" w:color="D6E6F0"/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EEF5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AF90A" w14:textId="77777777" w:rsidR="006F221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4E03C5" wp14:editId="1EF398E0">
                  <wp:extent cx="1944000" cy="1093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109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8" w:type="dxa"/>
            <w:tcBorders>
              <w:top w:val="single" w:sz="4" w:space="0" w:color="D6E6F0"/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EEF5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E0EE17" w14:textId="77777777" w:rsidR="006F2215" w:rsidRDefault="00000000">
            <w:pPr>
              <w:spacing w:after="0"/>
              <w:jc w:val="center"/>
            </w:pPr>
            <w:r w:rsidRPr="00E535A5">
              <w:rPr>
                <w:rFonts w:ascii="Georgia" w:hAnsi="Georgia"/>
                <w:i/>
                <w:color w:val="123B5D"/>
                <w:sz w:val="23"/>
                <w:lang w:val="ru-RU"/>
              </w:rPr>
              <w:t>– Кто за приключения?</w:t>
            </w:r>
            <w:r w:rsidRPr="00E535A5">
              <w:rPr>
                <w:rFonts w:ascii="Georgia" w:hAnsi="Georgia"/>
                <w:i/>
                <w:color w:val="123B5D"/>
                <w:sz w:val="23"/>
                <w:lang w:val="ru-RU"/>
              </w:rPr>
              <w:br/>
              <w:t>– Все без исключения!</w:t>
            </w:r>
            <w:r w:rsidRPr="00E535A5">
              <w:rPr>
                <w:rFonts w:ascii="Georgia" w:hAnsi="Georgia"/>
                <w:i/>
                <w:color w:val="123B5D"/>
                <w:sz w:val="23"/>
                <w:lang w:val="ru-RU"/>
              </w:rPr>
              <w:br/>
              <w:t>– Давай поднимем парус</w:t>
            </w:r>
            <w:r w:rsidRPr="00E535A5">
              <w:rPr>
                <w:rFonts w:ascii="Georgia" w:hAnsi="Georgia"/>
                <w:i/>
                <w:color w:val="123B5D"/>
                <w:sz w:val="23"/>
                <w:lang w:val="ru-RU"/>
              </w:rPr>
              <w:br/>
              <w:t xml:space="preserve">  И прямо в океан!</w:t>
            </w:r>
            <w:r w:rsidRPr="00E535A5">
              <w:rPr>
                <w:rFonts w:ascii="Georgia" w:hAnsi="Georgia"/>
                <w:i/>
                <w:color w:val="123B5D"/>
                <w:sz w:val="23"/>
                <w:lang w:val="ru-RU"/>
              </w:rPr>
              <w:br/>
              <w:t>Ведь и для нас осталось</w:t>
            </w:r>
            <w:r w:rsidRPr="00E535A5">
              <w:rPr>
                <w:rFonts w:ascii="Georgia" w:hAnsi="Georgia"/>
                <w:i/>
                <w:color w:val="123B5D"/>
                <w:sz w:val="23"/>
                <w:lang w:val="ru-RU"/>
              </w:rPr>
              <w:br/>
              <w:t xml:space="preserve">  Ещё немало стран,</w:t>
            </w:r>
            <w:r w:rsidRPr="00E535A5">
              <w:rPr>
                <w:rFonts w:ascii="Georgia" w:hAnsi="Georgia"/>
                <w:i/>
                <w:color w:val="123B5D"/>
                <w:sz w:val="23"/>
                <w:lang w:val="ru-RU"/>
              </w:rPr>
              <w:br/>
              <w:t>Пока что не открытых</w:t>
            </w:r>
            <w:r w:rsidRPr="00E535A5">
              <w:rPr>
                <w:rFonts w:ascii="Georgia" w:hAnsi="Georgia"/>
                <w:i/>
                <w:color w:val="123B5D"/>
                <w:sz w:val="23"/>
                <w:lang w:val="ru-RU"/>
              </w:rPr>
              <w:br/>
              <w:t xml:space="preserve">  Или давно забытых!</w:t>
            </w:r>
            <w:r w:rsidRPr="00E535A5">
              <w:rPr>
                <w:rFonts w:ascii="Georgia" w:hAnsi="Georgia"/>
                <w:i/>
                <w:color w:val="123B5D"/>
                <w:sz w:val="23"/>
                <w:lang w:val="ru-RU"/>
              </w:rPr>
              <w:br/>
            </w:r>
            <w:proofErr w:type="spellStart"/>
            <w:r>
              <w:rPr>
                <w:rFonts w:ascii="Georgia" w:hAnsi="Georgia"/>
                <w:i/>
                <w:color w:val="123B5D"/>
                <w:sz w:val="23"/>
              </w:rPr>
              <w:t>Дорог</w:t>
            </w:r>
            <w:proofErr w:type="spellEnd"/>
            <w:r>
              <w:rPr>
                <w:rFonts w:ascii="Georgia" w:hAnsi="Georgia"/>
                <w:i/>
                <w:color w:val="123B5D"/>
                <w:sz w:val="23"/>
              </w:rPr>
              <w:t xml:space="preserve"> в </w:t>
            </w:r>
            <w:proofErr w:type="spellStart"/>
            <w:r>
              <w:rPr>
                <w:rFonts w:ascii="Georgia" w:hAnsi="Georgia"/>
                <w:i/>
                <w:color w:val="123B5D"/>
                <w:sz w:val="23"/>
              </w:rPr>
              <w:t>морях</w:t>
            </w:r>
            <w:proofErr w:type="spellEnd"/>
            <w:r>
              <w:rPr>
                <w:rFonts w:ascii="Georgia" w:hAnsi="Georgia"/>
                <w:i/>
                <w:color w:val="123B5D"/>
                <w:sz w:val="23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color w:val="123B5D"/>
                <w:sz w:val="23"/>
              </w:rPr>
              <w:t>немало</w:t>
            </w:r>
            <w:proofErr w:type="spellEnd"/>
            <w:r>
              <w:rPr>
                <w:rFonts w:ascii="Georgia" w:hAnsi="Georgia"/>
                <w:i/>
                <w:color w:val="123B5D"/>
                <w:sz w:val="23"/>
              </w:rPr>
              <w:t xml:space="preserve"> –</w:t>
            </w:r>
            <w:r>
              <w:rPr>
                <w:rFonts w:ascii="Georgia" w:hAnsi="Georgia"/>
                <w:i/>
                <w:color w:val="123B5D"/>
                <w:sz w:val="23"/>
              </w:rPr>
              <w:br/>
              <w:t xml:space="preserve">  Смелее у штурвала!</w:t>
            </w:r>
          </w:p>
        </w:tc>
      </w:tr>
    </w:tbl>
    <w:p w14:paraId="561F8CBD" w14:textId="77777777" w:rsidR="006F2215" w:rsidRDefault="00000000">
      <w:pPr>
        <w:spacing w:before="160"/>
        <w:jc w:val="center"/>
      </w:pPr>
      <w:r>
        <w:rPr>
          <w:b/>
          <w:color w:val="123B5D"/>
          <w:sz w:val="25"/>
        </w:rPr>
        <w:t>Уважаемые коллеги!</w:t>
      </w:r>
    </w:p>
    <w:p w14:paraId="13670189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>Общероссийская общественная организация «Ассоциация учителей литературы и русского языка» приглашает всех, кто с радостью открывает для себя новые страницы удивительного мира родного языка, кто любит, бережет и восхищается родным языком, кто готов создавать свои творческие работы о родном языке с помощью Интернет-ресурсов, принять участие во Всероссийском веб-квесте «</w:t>
      </w:r>
      <w:proofErr w:type="spellStart"/>
      <w:r w:rsidRPr="00E535A5">
        <w:rPr>
          <w:lang w:val="ru-RU"/>
        </w:rPr>
        <w:t>Лингворегата</w:t>
      </w:r>
      <w:proofErr w:type="spellEnd"/>
      <w:r w:rsidRPr="00E535A5">
        <w:rPr>
          <w:lang w:val="ru-RU"/>
        </w:rPr>
        <w:t xml:space="preserve">» (далее – </w:t>
      </w:r>
      <w:proofErr w:type="spellStart"/>
      <w:r w:rsidRPr="00E535A5">
        <w:rPr>
          <w:lang w:val="ru-RU"/>
        </w:rPr>
        <w:t>Лингворегата</w:t>
      </w:r>
      <w:proofErr w:type="spellEnd"/>
      <w:r w:rsidRPr="00E535A5">
        <w:rPr>
          <w:lang w:val="ru-RU"/>
        </w:rPr>
        <w:t>).</w:t>
      </w:r>
    </w:p>
    <w:p w14:paraId="71B29432" w14:textId="77777777" w:rsidR="006F2215" w:rsidRPr="00E535A5" w:rsidRDefault="00000000">
      <w:pPr>
        <w:jc w:val="both"/>
        <w:rPr>
          <w:lang w:val="ru-RU"/>
        </w:rPr>
      </w:pPr>
      <w:r w:rsidRPr="00E535A5">
        <w:rPr>
          <w:b/>
          <w:color w:val="123B5D"/>
          <w:lang w:val="ru-RU"/>
        </w:rPr>
        <w:t xml:space="preserve">Старт </w:t>
      </w:r>
      <w:proofErr w:type="spellStart"/>
      <w:r w:rsidRPr="00E535A5">
        <w:rPr>
          <w:b/>
          <w:color w:val="123B5D"/>
          <w:lang w:val="ru-RU"/>
        </w:rPr>
        <w:t>Лингворегате</w:t>
      </w:r>
      <w:proofErr w:type="spellEnd"/>
      <w:r w:rsidRPr="00E535A5">
        <w:rPr>
          <w:b/>
          <w:color w:val="123B5D"/>
          <w:lang w:val="ru-RU"/>
        </w:rPr>
        <w:t xml:space="preserve"> был дан 8 сентября 2026 года – в День языков народов Российской Федерации. </w:t>
      </w:r>
      <w:r w:rsidRPr="00E535A5">
        <w:rPr>
          <w:lang w:val="ru-RU"/>
        </w:rPr>
        <w:t>Впервые в истории России отмечался праздник, который открыл новую страницу в деле сохранения и приумножения уникального культурного и языкового наследия многонациональной России. В этом глубокий смысл и особый знак: в гармонии традиций, культур и языков – истинное богатство и несокрушимая сила нашей Родины.</w:t>
      </w:r>
    </w:p>
    <w:p w14:paraId="6AEC418A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>Давайте отправимся маршрутом нашей регаты по безграничным просторам родной речи с берега Каспийского моря. Дата и место отправления наших команд выбраны отнюдь не случайно. 8 сентября 1923 года в горном аварском ауле Цада в Дагестане родился выдающийся поэт Расул Гамзатович Гамзатов. Его судьба как живое воплощение главной идеи праздника - Дня языков народов Российской Федерации: богатство России – в гармонии языков и культур, а сила – в их единстве.</w:t>
      </w:r>
    </w:p>
    <w:p w14:paraId="049B433F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 xml:space="preserve">Дорогие участники </w:t>
      </w:r>
      <w:proofErr w:type="spellStart"/>
      <w:r w:rsidRPr="00E535A5">
        <w:rPr>
          <w:lang w:val="ru-RU"/>
        </w:rPr>
        <w:t>Лингворегаты</w:t>
      </w:r>
      <w:proofErr w:type="spellEnd"/>
      <w:r w:rsidRPr="00E535A5">
        <w:rPr>
          <w:lang w:val="ru-RU"/>
        </w:rPr>
        <w:t>, пусть веб-квест станет пространством открытий, испытаний и побед, пусть раскроет тайны языка, научит видеть в слове – историю, в языке – культуру, в многообразии диалектов и наречий – единство нашей большой страны.</w:t>
      </w:r>
    </w:p>
    <w:p w14:paraId="536F81F5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>Что вас ждёт? Конечно же, незабываемые виртуальные приключения и увлекательные задания, а ещё новые сервисы, интересная работа, приятное общение.</w:t>
      </w:r>
    </w:p>
    <w:p w14:paraId="77D96513" w14:textId="77777777" w:rsidR="006F2215" w:rsidRPr="00E535A5" w:rsidRDefault="00000000">
      <w:pPr>
        <w:pStyle w:val="SectionBlue"/>
        <w:rPr>
          <w:lang w:val="ru-RU"/>
        </w:rPr>
      </w:pPr>
      <w:r w:rsidRPr="00E535A5">
        <w:rPr>
          <w:lang w:val="ru-RU"/>
        </w:rPr>
        <w:lastRenderedPageBreak/>
        <w:t xml:space="preserve">Кто может участвовать в </w:t>
      </w:r>
      <w:proofErr w:type="spellStart"/>
      <w:r w:rsidRPr="00E535A5">
        <w:rPr>
          <w:lang w:val="ru-RU"/>
        </w:rPr>
        <w:t>Лингворегате</w:t>
      </w:r>
      <w:proofErr w:type="spellEnd"/>
      <w:r w:rsidRPr="00E535A5">
        <w:rPr>
          <w:lang w:val="ru-RU"/>
        </w:rPr>
        <w:t>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13"/>
      </w:tblGrid>
      <w:tr w:rsidR="006F2215" w:rsidRPr="00E535A5" w14:paraId="3B9DDE56" w14:textId="77777777">
        <w:trPr>
          <w:jc w:val="center"/>
        </w:trPr>
        <w:tc>
          <w:tcPr>
            <w:tcW w:w="10036" w:type="dxa"/>
            <w:tcBorders>
              <w:left w:val="single" w:sz="18" w:space="0" w:color="D7A83F"/>
            </w:tcBorders>
            <w:shd w:val="clear" w:color="auto" w:fill="FAF6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A077845" w14:textId="77777777" w:rsidR="006F2215" w:rsidRPr="00E535A5" w:rsidRDefault="00000000">
            <w:pPr>
              <w:spacing w:after="0"/>
              <w:jc w:val="both"/>
              <w:rPr>
                <w:lang w:val="ru-RU"/>
              </w:rPr>
            </w:pPr>
            <w:r w:rsidRPr="00E535A5">
              <w:rPr>
                <w:b/>
                <w:lang w:val="ru-RU"/>
              </w:rPr>
              <w:t xml:space="preserve">Команда: </w:t>
            </w:r>
            <w:r w:rsidRPr="00E535A5">
              <w:rPr>
                <w:lang w:val="ru-RU"/>
              </w:rPr>
              <w:t>5–6 учащихся и педагог, курирующий работу команды. Обращаем внимание на количественный состав команды: менее 5 обучающихся и более 6 обучающихся в команде не принимается.</w:t>
            </w:r>
          </w:p>
        </w:tc>
      </w:tr>
    </w:tbl>
    <w:p w14:paraId="326758F8" w14:textId="77777777" w:rsidR="006F2215" w:rsidRDefault="00000000">
      <w:pPr>
        <w:keepNext/>
      </w:pPr>
      <w:proofErr w:type="spellStart"/>
      <w:r>
        <w:rPr>
          <w:b/>
        </w:rPr>
        <w:t>Возрастные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категории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участников</w:t>
      </w:r>
      <w:proofErr w:type="spellEnd"/>
      <w:r>
        <w:rPr>
          <w:b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36"/>
      </w:tblGrid>
      <w:tr w:rsidR="006F2215" w14:paraId="6BB1021F" w14:textId="77777777">
        <w:trPr>
          <w:jc w:val="center"/>
        </w:trPr>
        <w:tc>
          <w:tcPr>
            <w:tcW w:w="10036" w:type="dxa"/>
            <w:tcBorders>
              <w:bottom w:val="single" w:sz="4" w:space="0" w:color="D6E6F0"/>
            </w:tcBorders>
            <w:shd w:val="clear" w:color="auto" w:fill="EEF5F9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41CCDFC3" w14:textId="77777777" w:rsidR="006F2215" w:rsidRDefault="00000000">
            <w:pPr>
              <w:spacing w:after="0"/>
            </w:pPr>
            <w:r>
              <w:rPr>
                <w:color w:val="D7A83F"/>
              </w:rPr>
              <w:t xml:space="preserve">•  </w:t>
            </w:r>
            <w:r>
              <w:t>обучающиеся 5-7 классов;</w:t>
            </w:r>
          </w:p>
        </w:tc>
      </w:tr>
      <w:tr w:rsidR="006F2215" w14:paraId="45E8131A" w14:textId="77777777">
        <w:trPr>
          <w:jc w:val="center"/>
        </w:trPr>
        <w:tc>
          <w:tcPr>
            <w:tcW w:w="10036" w:type="dxa"/>
            <w:tcBorders>
              <w:bottom w:val="single" w:sz="4" w:space="0" w:color="D6E6F0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00AB47A4" w14:textId="77777777" w:rsidR="006F2215" w:rsidRDefault="00000000">
            <w:pPr>
              <w:spacing w:after="0"/>
            </w:pPr>
            <w:r>
              <w:rPr>
                <w:color w:val="D7A83F"/>
              </w:rPr>
              <w:t xml:space="preserve">•  </w:t>
            </w:r>
            <w:r>
              <w:t>обучающиеся 8-9 классов;</w:t>
            </w:r>
          </w:p>
        </w:tc>
      </w:tr>
      <w:tr w:rsidR="006F2215" w14:paraId="54AAE5CC" w14:textId="77777777">
        <w:trPr>
          <w:jc w:val="center"/>
        </w:trPr>
        <w:tc>
          <w:tcPr>
            <w:tcW w:w="10036" w:type="dxa"/>
            <w:tcBorders>
              <w:bottom w:val="single" w:sz="4" w:space="0" w:color="D6E6F0"/>
            </w:tcBorders>
            <w:shd w:val="clear" w:color="auto" w:fill="EEF5F9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7331B2F2" w14:textId="77777777" w:rsidR="006F2215" w:rsidRDefault="00000000">
            <w:pPr>
              <w:spacing w:after="0"/>
            </w:pPr>
            <w:r>
              <w:rPr>
                <w:color w:val="D7A83F"/>
              </w:rPr>
              <w:t xml:space="preserve">•  </w:t>
            </w:r>
            <w:r>
              <w:t>обучающиеся10-11 классов;</w:t>
            </w:r>
          </w:p>
        </w:tc>
      </w:tr>
      <w:tr w:rsidR="006F2215" w:rsidRPr="00E535A5" w14:paraId="6FAFBE90" w14:textId="77777777">
        <w:trPr>
          <w:jc w:val="center"/>
        </w:trPr>
        <w:tc>
          <w:tcPr>
            <w:tcW w:w="10036" w:type="dxa"/>
            <w:tcBorders>
              <w:bottom w:val="single" w:sz="4" w:space="0" w:color="D6E6F0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3B3EB4ED" w14:textId="77777777" w:rsidR="006F2215" w:rsidRPr="00E535A5" w:rsidRDefault="00000000">
            <w:pPr>
              <w:spacing w:after="0"/>
              <w:rPr>
                <w:lang w:val="ru-RU"/>
              </w:rPr>
            </w:pPr>
            <w:r w:rsidRPr="00E535A5">
              <w:rPr>
                <w:color w:val="D7A83F"/>
                <w:lang w:val="ru-RU"/>
              </w:rPr>
              <w:t xml:space="preserve">•  </w:t>
            </w:r>
            <w:r w:rsidRPr="00E535A5">
              <w:rPr>
                <w:lang w:val="ru-RU"/>
              </w:rPr>
              <w:t>обучающиеся профессиональных образовательных организаций и организаций высшего образования (до 18 лет).</w:t>
            </w:r>
          </w:p>
        </w:tc>
      </w:tr>
    </w:tbl>
    <w:p w14:paraId="442E8BAE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>Допускается смешанный состав команды из представителей разных возрастных групп. В данном случае команда учитывает количественное превосходство представителей в конкретной возрастной категории и регистрируется в соответствующей возрастной группе участников.</w:t>
      </w:r>
    </w:p>
    <w:p w14:paraId="48B1654E" w14:textId="77777777" w:rsidR="006F2215" w:rsidRDefault="00000000">
      <w:pPr>
        <w:pStyle w:val="SectionBlue"/>
      </w:pPr>
      <w:proofErr w:type="spellStart"/>
      <w:r>
        <w:t>Сроки</w:t>
      </w:r>
      <w:proofErr w:type="spellEnd"/>
      <w:r>
        <w:t xml:space="preserve"> </w:t>
      </w:r>
      <w:proofErr w:type="spellStart"/>
      <w:r>
        <w:t>проведения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6F2215" w:rsidRPr="00E535A5" w14:paraId="5FF14D9A" w14:textId="77777777">
        <w:trPr>
          <w:jc w:val="center"/>
        </w:trPr>
        <w:tc>
          <w:tcPr>
            <w:tcW w:w="5018" w:type="dxa"/>
            <w:tcBorders>
              <w:top w:val="single" w:sz="4" w:space="0" w:color="D6E6F0"/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EEF5F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884C08" w14:textId="77777777" w:rsidR="006F2215" w:rsidRDefault="00000000">
            <w:pPr>
              <w:spacing w:after="0"/>
              <w:jc w:val="center"/>
            </w:pPr>
            <w:r>
              <w:rPr>
                <w:b/>
                <w:color w:val="123B5D"/>
              </w:rPr>
              <w:t>Регистрация и подключение</w:t>
            </w:r>
          </w:p>
        </w:tc>
        <w:tc>
          <w:tcPr>
            <w:tcW w:w="5018" w:type="dxa"/>
            <w:tcBorders>
              <w:top w:val="single" w:sz="4" w:space="0" w:color="D6E6F0"/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FAF6E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D9C1EB" w14:textId="77777777" w:rsidR="006F2215" w:rsidRPr="00E535A5" w:rsidRDefault="00000000">
            <w:pPr>
              <w:spacing w:after="0"/>
              <w:jc w:val="center"/>
              <w:rPr>
                <w:lang w:val="ru-RU"/>
              </w:rPr>
            </w:pPr>
            <w:r w:rsidRPr="00E535A5">
              <w:rPr>
                <w:color w:val="123B5D"/>
                <w:lang w:val="ru-RU"/>
              </w:rPr>
              <w:t>с 8 сентября до 30 сентября 2026 года</w:t>
            </w:r>
          </w:p>
        </w:tc>
      </w:tr>
      <w:tr w:rsidR="006F2215" w14:paraId="02F36B66" w14:textId="77777777">
        <w:trPr>
          <w:jc w:val="center"/>
        </w:trPr>
        <w:tc>
          <w:tcPr>
            <w:tcW w:w="5018" w:type="dxa"/>
            <w:tcBorders>
              <w:top w:val="single" w:sz="4" w:space="0" w:color="D6E6F0"/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EEF5F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3B0940" w14:textId="77777777" w:rsidR="006F2215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123B5D"/>
              </w:rPr>
              <w:t>Окончание</w:t>
            </w:r>
            <w:proofErr w:type="spellEnd"/>
            <w:r>
              <w:rPr>
                <w:b/>
                <w:color w:val="123B5D"/>
              </w:rPr>
              <w:t xml:space="preserve"> </w:t>
            </w:r>
            <w:proofErr w:type="spellStart"/>
            <w:r>
              <w:rPr>
                <w:b/>
                <w:color w:val="123B5D"/>
              </w:rPr>
              <w:t>Лингворегаты</w:t>
            </w:r>
            <w:proofErr w:type="spellEnd"/>
          </w:p>
        </w:tc>
        <w:tc>
          <w:tcPr>
            <w:tcW w:w="5018" w:type="dxa"/>
            <w:tcBorders>
              <w:top w:val="single" w:sz="4" w:space="0" w:color="D6E6F0"/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FAF6E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DEC334" w14:textId="77777777" w:rsidR="006F2215" w:rsidRDefault="00000000">
            <w:pPr>
              <w:spacing w:after="0"/>
              <w:jc w:val="center"/>
            </w:pPr>
            <w:r>
              <w:rPr>
                <w:b/>
                <w:color w:val="123B5D"/>
              </w:rPr>
              <w:t>19 октября 2026 года</w:t>
            </w:r>
          </w:p>
        </w:tc>
      </w:tr>
    </w:tbl>
    <w:p w14:paraId="4F6BE2CC" w14:textId="57E44E01" w:rsidR="006F2215" w:rsidRPr="00E535A5" w:rsidRDefault="00000000">
      <w:pPr>
        <w:pStyle w:val="SectionBlue"/>
        <w:rPr>
          <w:lang w:val="ru-RU"/>
        </w:rPr>
      </w:pPr>
      <w:r w:rsidRPr="00E535A5">
        <w:rPr>
          <w:lang w:val="ru-RU"/>
        </w:rPr>
        <w:t xml:space="preserve">Сетевая платформа </w:t>
      </w:r>
      <w:proofErr w:type="spellStart"/>
      <w:r w:rsidRPr="00E535A5">
        <w:rPr>
          <w:lang w:val="ru-RU"/>
        </w:rPr>
        <w:t>Лингворегаты</w:t>
      </w:r>
      <w:proofErr w:type="spellEnd"/>
      <w:r w:rsidR="005B7FD5" w:rsidRPr="005B7FD5">
        <w:rPr>
          <w:lang w:val="ru-RU"/>
        </w:rPr>
        <w:br/>
      </w:r>
      <w:hyperlink r:id="rId11">
        <w:r>
          <w:rPr>
            <w:color w:val="145A8D"/>
            <w:u w:val="single"/>
          </w:rPr>
          <w:t>https</w:t>
        </w:r>
        <w:r w:rsidRPr="00E535A5">
          <w:rPr>
            <w:color w:val="145A8D"/>
            <w:u w:val="single"/>
            <w:lang w:val="ru-RU"/>
          </w:rPr>
          <w:t>://</w:t>
        </w:r>
        <w:proofErr w:type="spellStart"/>
        <w:r>
          <w:rPr>
            <w:color w:val="145A8D"/>
            <w:u w:val="single"/>
          </w:rPr>
          <w:t>lingvoregata</w:t>
        </w:r>
        <w:proofErr w:type="spellEnd"/>
        <w:r w:rsidRPr="00E535A5">
          <w:rPr>
            <w:color w:val="145A8D"/>
            <w:u w:val="single"/>
            <w:lang w:val="ru-RU"/>
          </w:rPr>
          <w:t>.</w:t>
        </w:r>
        <w:proofErr w:type="spellStart"/>
        <w:r>
          <w:rPr>
            <w:color w:val="145A8D"/>
            <w:u w:val="single"/>
          </w:rPr>
          <w:t>uchitel</w:t>
        </w:r>
        <w:proofErr w:type="spellEnd"/>
        <w:r w:rsidRPr="00E535A5">
          <w:rPr>
            <w:color w:val="145A8D"/>
            <w:u w:val="single"/>
            <w:lang w:val="ru-RU"/>
          </w:rPr>
          <w:t>-</w:t>
        </w:r>
        <w:proofErr w:type="spellStart"/>
        <w:r>
          <w:rPr>
            <w:color w:val="145A8D"/>
            <w:u w:val="single"/>
          </w:rPr>
          <w:t>slovesnik</w:t>
        </w:r>
        <w:proofErr w:type="spellEnd"/>
        <w:r w:rsidRPr="00E535A5">
          <w:rPr>
            <w:color w:val="145A8D"/>
            <w:u w:val="single"/>
            <w:lang w:val="ru-RU"/>
          </w:rPr>
          <w:t>.</w:t>
        </w:r>
        <w:proofErr w:type="spellStart"/>
        <w:r>
          <w:rPr>
            <w:color w:val="145A8D"/>
            <w:u w:val="single"/>
          </w:rPr>
          <w:t>ru</w:t>
        </w:r>
        <w:proofErr w:type="spellEnd"/>
        <w:r w:rsidRPr="00E535A5">
          <w:rPr>
            <w:color w:val="145A8D"/>
            <w:u w:val="single"/>
            <w:lang w:val="ru-RU"/>
          </w:rPr>
          <w:t>/</w:t>
        </w:r>
        <w:r>
          <w:rPr>
            <w:color w:val="145A8D"/>
            <w:u w:val="single"/>
          </w:rPr>
          <w:t>index</w:t>
        </w:r>
        <w:r w:rsidRPr="00E535A5">
          <w:rPr>
            <w:color w:val="145A8D"/>
            <w:u w:val="single"/>
            <w:lang w:val="ru-RU"/>
          </w:rPr>
          <w:t>.</w:t>
        </w:r>
        <w:r>
          <w:rPr>
            <w:color w:val="145A8D"/>
            <w:u w:val="single"/>
          </w:rPr>
          <w:t>html</w:t>
        </w:r>
      </w:hyperlink>
    </w:p>
    <w:p w14:paraId="78E89588" w14:textId="77777777" w:rsidR="006F2215" w:rsidRPr="00E535A5" w:rsidRDefault="00000000">
      <w:pPr>
        <w:rPr>
          <w:lang w:val="ru-RU"/>
        </w:rPr>
      </w:pPr>
      <w:r w:rsidRPr="00E535A5">
        <w:rPr>
          <w:lang w:val="ru-RU"/>
        </w:rPr>
        <w:br w:type="page"/>
      </w:r>
    </w:p>
    <w:p w14:paraId="0DBD890E" w14:textId="77777777" w:rsidR="006F2215" w:rsidRDefault="00000000">
      <w:pPr>
        <w:pStyle w:val="SectionBlue"/>
        <w:jc w:val="center"/>
      </w:pPr>
      <w:r>
        <w:rPr>
          <w:sz w:val="30"/>
        </w:rPr>
        <w:lastRenderedPageBreak/>
        <w:t>Порядок проведения Лингворегаты</w:t>
      </w:r>
    </w:p>
    <w:p w14:paraId="3B3FA14C" w14:textId="77777777" w:rsidR="006F2215" w:rsidRDefault="00000000">
      <w:r>
        <w:rPr>
          <w:b/>
          <w:color w:val="123B5D"/>
          <w:sz w:val="23"/>
        </w:rPr>
        <w:t>Подготовительный этап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6F2215" w:rsidRPr="00E535A5" w14:paraId="166D5DFF" w14:textId="77777777">
        <w:trPr>
          <w:jc w:val="center"/>
        </w:trPr>
        <w:tc>
          <w:tcPr>
            <w:tcW w:w="5018" w:type="dxa"/>
            <w:tcBorders>
              <w:top w:val="single" w:sz="4" w:space="0" w:color="145A8D"/>
              <w:left w:val="single" w:sz="4" w:space="0" w:color="145A8D"/>
              <w:bottom w:val="single" w:sz="4" w:space="0" w:color="145A8D"/>
              <w:right w:val="single" w:sz="4" w:space="0" w:color="145A8D"/>
            </w:tcBorders>
            <w:shd w:val="clear" w:color="auto" w:fill="145A8D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31BB7D4" w14:textId="77777777" w:rsidR="006F2215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1</w:t>
            </w:r>
          </w:p>
        </w:tc>
        <w:tc>
          <w:tcPr>
            <w:tcW w:w="5018" w:type="dxa"/>
            <w:tcBorders>
              <w:top w:val="single" w:sz="4" w:space="0" w:color="D6E6F0"/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EEF5F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803FA" w14:textId="77777777" w:rsidR="006F2215" w:rsidRPr="00E535A5" w:rsidRDefault="00000000">
            <w:pPr>
              <w:spacing w:after="0"/>
              <w:jc w:val="both"/>
              <w:rPr>
                <w:lang w:val="ru-RU"/>
              </w:rPr>
            </w:pPr>
            <w:r w:rsidRPr="00E535A5">
              <w:rPr>
                <w:b/>
                <w:color w:val="123B5D"/>
                <w:lang w:val="ru-RU"/>
              </w:rPr>
              <w:t xml:space="preserve">Создание и регистрация команды. </w:t>
            </w:r>
            <w:r w:rsidRPr="00E535A5">
              <w:rPr>
                <w:lang w:val="ru-RU"/>
              </w:rPr>
              <w:t>Срок – до 30 сентября 2026 года. Чем раньше будет зарегистрирована команда, тем больше шансов на победу.</w:t>
            </w:r>
          </w:p>
        </w:tc>
      </w:tr>
    </w:tbl>
    <w:p w14:paraId="7CBBC0BF" w14:textId="77777777" w:rsidR="006F2215" w:rsidRPr="00E535A5" w:rsidRDefault="006F2215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6F2215" w:rsidRPr="00E535A5" w14:paraId="3EEE6812" w14:textId="77777777">
        <w:trPr>
          <w:jc w:val="center"/>
        </w:trPr>
        <w:tc>
          <w:tcPr>
            <w:tcW w:w="5018" w:type="dxa"/>
            <w:tcBorders>
              <w:top w:val="single" w:sz="4" w:space="0" w:color="145A8D"/>
              <w:left w:val="single" w:sz="4" w:space="0" w:color="145A8D"/>
              <w:bottom w:val="single" w:sz="4" w:space="0" w:color="145A8D"/>
              <w:right w:val="single" w:sz="4" w:space="0" w:color="145A8D"/>
            </w:tcBorders>
            <w:shd w:val="clear" w:color="auto" w:fill="145A8D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9DE59AB" w14:textId="77777777" w:rsidR="006F2215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2</w:t>
            </w:r>
          </w:p>
        </w:tc>
        <w:tc>
          <w:tcPr>
            <w:tcW w:w="5018" w:type="dxa"/>
            <w:tcBorders>
              <w:top w:val="single" w:sz="4" w:space="0" w:color="D6E6F0"/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EEF5F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22DFBE" w14:textId="77777777" w:rsidR="006F2215" w:rsidRPr="00E535A5" w:rsidRDefault="00000000">
            <w:pPr>
              <w:spacing w:after="0"/>
              <w:jc w:val="both"/>
              <w:rPr>
                <w:lang w:val="ru-RU"/>
              </w:rPr>
            </w:pPr>
            <w:r w:rsidRPr="00E535A5">
              <w:rPr>
                <w:b/>
                <w:color w:val="123B5D"/>
                <w:lang w:val="ru-RU"/>
              </w:rPr>
              <w:t xml:space="preserve">Название команды. </w:t>
            </w:r>
            <w:r w:rsidRPr="00E535A5">
              <w:rPr>
                <w:lang w:val="ru-RU"/>
              </w:rPr>
              <w:t>Помните слова любимой песни всех моряков? «Как вы яхту назовёте, так она и поплывёт!» Это точно про нас! Ведь чтобы начать выполнять задания регаты, вам нужно создать команду (</w:t>
            </w:r>
            <w:proofErr w:type="gramStart"/>
            <w:r w:rsidRPr="00E535A5">
              <w:rPr>
                <w:lang w:val="ru-RU"/>
              </w:rPr>
              <w:t>5-6</w:t>
            </w:r>
            <w:proofErr w:type="gramEnd"/>
            <w:r w:rsidRPr="00E535A5">
              <w:rPr>
                <w:lang w:val="ru-RU"/>
              </w:rPr>
              <w:t xml:space="preserve"> участников в любой возрастной категории: </w:t>
            </w:r>
            <w:proofErr w:type="gramStart"/>
            <w:r w:rsidRPr="00E535A5">
              <w:rPr>
                <w:lang w:val="ru-RU"/>
              </w:rPr>
              <w:t>5-7</w:t>
            </w:r>
            <w:proofErr w:type="gramEnd"/>
            <w:r w:rsidRPr="00E535A5">
              <w:rPr>
                <w:lang w:val="ru-RU"/>
              </w:rPr>
              <w:t xml:space="preserve"> классы, </w:t>
            </w:r>
            <w:proofErr w:type="gramStart"/>
            <w:r w:rsidRPr="00E535A5">
              <w:rPr>
                <w:lang w:val="ru-RU"/>
              </w:rPr>
              <w:t>8-9</w:t>
            </w:r>
            <w:proofErr w:type="gramEnd"/>
            <w:r w:rsidRPr="00E535A5">
              <w:rPr>
                <w:lang w:val="ru-RU"/>
              </w:rPr>
              <w:t xml:space="preserve"> классы, </w:t>
            </w:r>
            <w:proofErr w:type="gramStart"/>
            <w:r w:rsidRPr="00E535A5">
              <w:rPr>
                <w:lang w:val="ru-RU"/>
              </w:rPr>
              <w:t>10-11</w:t>
            </w:r>
            <w:proofErr w:type="gramEnd"/>
            <w:r w:rsidRPr="00E535A5">
              <w:rPr>
                <w:lang w:val="ru-RU"/>
              </w:rPr>
              <w:t xml:space="preserve"> классы, СПО и вузы, педагог курирует работу команды), придумать название команды.</w:t>
            </w:r>
          </w:p>
        </w:tc>
      </w:tr>
    </w:tbl>
    <w:p w14:paraId="5B1B51AE" w14:textId="77777777" w:rsidR="006F2215" w:rsidRPr="00E535A5" w:rsidRDefault="006F2215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6F2215" w14:paraId="18D96233" w14:textId="77777777">
        <w:trPr>
          <w:jc w:val="center"/>
        </w:trPr>
        <w:tc>
          <w:tcPr>
            <w:tcW w:w="5018" w:type="dxa"/>
            <w:tcBorders>
              <w:top w:val="single" w:sz="4" w:space="0" w:color="145A8D"/>
              <w:left w:val="single" w:sz="4" w:space="0" w:color="145A8D"/>
              <w:bottom w:val="single" w:sz="4" w:space="0" w:color="145A8D"/>
              <w:right w:val="single" w:sz="4" w:space="0" w:color="145A8D"/>
            </w:tcBorders>
            <w:shd w:val="clear" w:color="auto" w:fill="145A8D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2196391" w14:textId="77777777" w:rsidR="006F2215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3</w:t>
            </w:r>
          </w:p>
        </w:tc>
        <w:tc>
          <w:tcPr>
            <w:tcW w:w="5018" w:type="dxa"/>
            <w:tcBorders>
              <w:top w:val="single" w:sz="4" w:space="0" w:color="D6E6F0"/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EEF5F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0D85F8" w14:textId="77777777" w:rsidR="006F2215" w:rsidRDefault="00000000">
            <w:pPr>
              <w:spacing w:after="0"/>
              <w:jc w:val="both"/>
            </w:pPr>
            <w:r w:rsidRPr="00E535A5">
              <w:rPr>
                <w:b/>
                <w:color w:val="123B5D"/>
                <w:lang w:val="ru-RU"/>
              </w:rPr>
              <w:t xml:space="preserve">Создать страницу команды. </w:t>
            </w:r>
            <w:r w:rsidRPr="00E535A5">
              <w:rPr>
                <w:lang w:val="ru-RU"/>
              </w:rPr>
              <w:t xml:space="preserve">Необходимо «открыть» свою «кают-компанию», </w:t>
            </w:r>
            <w:proofErr w:type="gramStart"/>
            <w:r w:rsidRPr="00E535A5">
              <w:rPr>
                <w:lang w:val="ru-RU"/>
              </w:rPr>
              <w:t>т.е.</w:t>
            </w:r>
            <w:proofErr w:type="gramEnd"/>
            <w:r w:rsidRPr="00E535A5">
              <w:rPr>
                <w:lang w:val="ru-RU"/>
              </w:rPr>
              <w:t xml:space="preserve"> оформить страничку команды - именно она станет своеобразным дневником и бортовым журналом вашей совместной работы! Страницу команды необходимо создать с помощью универсального средства общения - российской социальной сети «ВКонтакте». Руководитель команды несет ответственность за содержательное наполнение и корректное ведение страницы команды.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забудьте</w:t>
            </w:r>
            <w:proofErr w:type="spellEnd"/>
            <w:r>
              <w:t xml:space="preserve"> </w:t>
            </w:r>
            <w:proofErr w:type="spellStart"/>
            <w:r>
              <w:t>добавлять</w:t>
            </w:r>
            <w:proofErr w:type="spellEnd"/>
            <w:r>
              <w:t xml:space="preserve"> к сообщениям тег: #ЛингвоРегата_АССУЛ</w:t>
            </w:r>
          </w:p>
        </w:tc>
      </w:tr>
    </w:tbl>
    <w:p w14:paraId="6698EF9A" w14:textId="77777777" w:rsidR="006F2215" w:rsidRDefault="006F2215">
      <w:pPr>
        <w:spacing w:after="0"/>
      </w:pPr>
    </w:p>
    <w:p w14:paraId="142CE62D" w14:textId="77777777" w:rsidR="006F2215" w:rsidRDefault="00000000">
      <w:pPr>
        <w:pStyle w:val="SectionBlue"/>
      </w:pPr>
      <w:r>
        <w:t>Командам необходимо:</w:t>
      </w:r>
    </w:p>
    <w:p w14:paraId="19871029" w14:textId="77777777" w:rsidR="006F2215" w:rsidRPr="00E535A5" w:rsidRDefault="00000000">
      <w:pPr>
        <w:spacing w:after="60"/>
        <w:ind w:left="227" w:hanging="142"/>
        <w:rPr>
          <w:lang w:val="ru-RU"/>
        </w:rPr>
      </w:pPr>
      <w:r w:rsidRPr="00E535A5">
        <w:rPr>
          <w:b/>
          <w:color w:val="D7A83F"/>
          <w:lang w:val="ru-RU"/>
        </w:rPr>
        <w:t xml:space="preserve">•  </w:t>
      </w:r>
      <w:r w:rsidRPr="00E535A5">
        <w:rPr>
          <w:lang w:val="ru-RU"/>
        </w:rPr>
        <w:t xml:space="preserve">зарегистрироваться, заполнив анкету по ссылке </w:t>
      </w:r>
      <w:hyperlink r:id="rId12">
        <w:r>
          <w:rPr>
            <w:color w:val="145A8D"/>
            <w:u w:val="single"/>
          </w:rPr>
          <w:t>https</w:t>
        </w:r>
        <w:r w:rsidRPr="00E535A5">
          <w:rPr>
            <w:color w:val="145A8D"/>
            <w:u w:val="single"/>
            <w:lang w:val="ru-RU"/>
          </w:rPr>
          <w:t>://</w:t>
        </w:r>
        <w:r>
          <w:rPr>
            <w:color w:val="145A8D"/>
            <w:u w:val="single"/>
          </w:rPr>
          <w:t>forms</w:t>
        </w:r>
        <w:r w:rsidRPr="00E535A5">
          <w:rPr>
            <w:color w:val="145A8D"/>
            <w:u w:val="single"/>
            <w:lang w:val="ru-RU"/>
          </w:rPr>
          <w:t>.</w:t>
        </w:r>
        <w:proofErr w:type="spellStart"/>
        <w:r>
          <w:rPr>
            <w:color w:val="145A8D"/>
            <w:u w:val="single"/>
          </w:rPr>
          <w:t>yandex</w:t>
        </w:r>
        <w:proofErr w:type="spellEnd"/>
        <w:r w:rsidRPr="00E535A5">
          <w:rPr>
            <w:color w:val="145A8D"/>
            <w:u w:val="single"/>
            <w:lang w:val="ru-RU"/>
          </w:rPr>
          <w:t>.</w:t>
        </w:r>
        <w:proofErr w:type="spellStart"/>
        <w:r>
          <w:rPr>
            <w:color w:val="145A8D"/>
            <w:u w:val="single"/>
          </w:rPr>
          <w:t>ru</w:t>
        </w:r>
        <w:proofErr w:type="spellEnd"/>
        <w:r w:rsidRPr="00E535A5">
          <w:rPr>
            <w:color w:val="145A8D"/>
            <w:u w:val="single"/>
            <w:lang w:val="ru-RU"/>
          </w:rPr>
          <w:t>/</w:t>
        </w:r>
        <w:r>
          <w:rPr>
            <w:color w:val="145A8D"/>
            <w:u w:val="single"/>
          </w:rPr>
          <w:t>u</w:t>
        </w:r>
        <w:r w:rsidRPr="00E535A5">
          <w:rPr>
            <w:color w:val="145A8D"/>
            <w:u w:val="single"/>
            <w:lang w:val="ru-RU"/>
          </w:rPr>
          <w:t>/6</w:t>
        </w:r>
        <w:r>
          <w:rPr>
            <w:color w:val="145A8D"/>
            <w:u w:val="single"/>
          </w:rPr>
          <w:t>a</w:t>
        </w:r>
        <w:r w:rsidRPr="00E535A5">
          <w:rPr>
            <w:color w:val="145A8D"/>
            <w:u w:val="single"/>
            <w:lang w:val="ru-RU"/>
          </w:rPr>
          <w:t>9</w:t>
        </w:r>
        <w:r>
          <w:rPr>
            <w:color w:val="145A8D"/>
            <w:u w:val="single"/>
          </w:rPr>
          <w:t>ff</w:t>
        </w:r>
        <w:r w:rsidRPr="00E535A5">
          <w:rPr>
            <w:color w:val="145A8D"/>
            <w:u w:val="single"/>
            <w:lang w:val="ru-RU"/>
          </w:rPr>
          <w:t>19</w:t>
        </w:r>
        <w:r>
          <w:rPr>
            <w:color w:val="145A8D"/>
            <w:u w:val="single"/>
          </w:rPr>
          <w:t>c</w:t>
        </w:r>
        <w:r w:rsidRPr="00E535A5">
          <w:rPr>
            <w:color w:val="145A8D"/>
            <w:u w:val="single"/>
            <w:lang w:val="ru-RU"/>
          </w:rPr>
          <w:t>95</w:t>
        </w:r>
        <w:r>
          <w:rPr>
            <w:color w:val="145A8D"/>
            <w:u w:val="single"/>
          </w:rPr>
          <w:t>add</w:t>
        </w:r>
        <w:r w:rsidRPr="00E535A5">
          <w:rPr>
            <w:color w:val="145A8D"/>
            <w:u w:val="single"/>
            <w:lang w:val="ru-RU"/>
          </w:rPr>
          <w:t>524482</w:t>
        </w:r>
        <w:r>
          <w:rPr>
            <w:color w:val="145A8D"/>
            <w:u w:val="single"/>
          </w:rPr>
          <w:t>d</w:t>
        </w:r>
        <w:r w:rsidRPr="00E535A5">
          <w:rPr>
            <w:color w:val="145A8D"/>
            <w:u w:val="single"/>
            <w:lang w:val="ru-RU"/>
          </w:rPr>
          <w:t>9</w:t>
        </w:r>
        <w:r>
          <w:rPr>
            <w:color w:val="145A8D"/>
            <w:u w:val="single"/>
          </w:rPr>
          <w:t>a</w:t>
        </w:r>
        <w:r w:rsidRPr="00E535A5">
          <w:rPr>
            <w:color w:val="145A8D"/>
            <w:u w:val="single"/>
            <w:lang w:val="ru-RU"/>
          </w:rPr>
          <w:t>56/</w:t>
        </w:r>
      </w:hyperlink>
    </w:p>
    <w:p w14:paraId="6D83B721" w14:textId="77777777" w:rsidR="006F2215" w:rsidRPr="00E535A5" w:rsidRDefault="00000000">
      <w:pPr>
        <w:spacing w:after="60"/>
        <w:ind w:left="227" w:hanging="142"/>
        <w:rPr>
          <w:lang w:val="ru-RU"/>
        </w:rPr>
      </w:pPr>
      <w:r w:rsidRPr="00E535A5">
        <w:rPr>
          <w:b/>
          <w:color w:val="D7A83F"/>
          <w:lang w:val="ru-RU"/>
        </w:rPr>
        <w:t xml:space="preserve">•  </w:t>
      </w:r>
      <w:r w:rsidRPr="00E535A5">
        <w:rPr>
          <w:lang w:val="ru-RU"/>
        </w:rPr>
        <w:t>создать видеовизитку команды и разместить ее на своей странице «ВКонтакте»;</w:t>
      </w:r>
    </w:p>
    <w:p w14:paraId="71155CB4" w14:textId="77777777" w:rsidR="006F2215" w:rsidRPr="00E535A5" w:rsidRDefault="00000000">
      <w:pPr>
        <w:spacing w:after="60"/>
        <w:ind w:left="227" w:hanging="142"/>
        <w:rPr>
          <w:lang w:val="ru-RU"/>
        </w:rPr>
      </w:pPr>
      <w:r w:rsidRPr="00E535A5">
        <w:rPr>
          <w:b/>
          <w:color w:val="D7A83F"/>
          <w:lang w:val="ru-RU"/>
        </w:rPr>
        <w:t xml:space="preserve">•  </w:t>
      </w:r>
      <w:r w:rsidRPr="00E535A5">
        <w:rPr>
          <w:lang w:val="ru-RU"/>
        </w:rPr>
        <w:t>оформить согласия на обработку персональных данных (согласно приложению к данному письму).</w:t>
      </w:r>
    </w:p>
    <w:p w14:paraId="5B925EFF" w14:textId="77777777" w:rsidR="006F2215" w:rsidRPr="00E535A5" w:rsidRDefault="00000000">
      <w:pPr>
        <w:pStyle w:val="SectionBlue"/>
        <w:rPr>
          <w:lang w:val="ru-RU"/>
        </w:rPr>
      </w:pPr>
      <w:r w:rsidRPr="00E535A5">
        <w:rPr>
          <w:lang w:val="ru-RU"/>
        </w:rPr>
        <w:t>Рекомендации по оформлению видеовизитки команды</w:t>
      </w:r>
    </w:p>
    <w:p w14:paraId="19535559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 xml:space="preserve">Видеовизитка не оценивается, но позволяет организаторам и другим участникам познакомиться друг с другом. В качестве рекомендаций Оргкомитет </w:t>
      </w:r>
      <w:proofErr w:type="spellStart"/>
      <w:r w:rsidRPr="00E535A5">
        <w:rPr>
          <w:lang w:val="ru-RU"/>
        </w:rPr>
        <w:t>Лингворегаты</w:t>
      </w:r>
      <w:proofErr w:type="spellEnd"/>
      <w:r w:rsidRPr="00E535A5">
        <w:rPr>
          <w:lang w:val="ru-RU"/>
        </w:rPr>
        <w:t xml:space="preserve"> предлагает:</w:t>
      </w:r>
    </w:p>
    <w:p w14:paraId="2CFE02B6" w14:textId="77777777" w:rsidR="006F2215" w:rsidRPr="00E535A5" w:rsidRDefault="00000000">
      <w:pPr>
        <w:spacing w:after="60"/>
        <w:ind w:left="312" w:hanging="312"/>
        <w:jc w:val="both"/>
        <w:rPr>
          <w:lang w:val="ru-RU"/>
        </w:rPr>
      </w:pPr>
      <w:r w:rsidRPr="00E535A5">
        <w:rPr>
          <w:b/>
          <w:color w:val="145A8D"/>
          <w:lang w:val="ru-RU"/>
        </w:rPr>
        <w:t xml:space="preserve">1. </w:t>
      </w:r>
      <w:r w:rsidRPr="00E535A5">
        <w:rPr>
          <w:lang w:val="ru-RU"/>
        </w:rPr>
        <w:t xml:space="preserve">Подготовить видеоролик на 3-4 минуты, где вся команда во главе с педагогом приветствует других участников </w:t>
      </w:r>
      <w:proofErr w:type="spellStart"/>
      <w:r w:rsidRPr="00E535A5">
        <w:rPr>
          <w:lang w:val="ru-RU"/>
        </w:rPr>
        <w:t>Лингворегаты</w:t>
      </w:r>
      <w:proofErr w:type="spellEnd"/>
      <w:r w:rsidRPr="00E535A5">
        <w:rPr>
          <w:lang w:val="ru-RU"/>
        </w:rPr>
        <w:t xml:space="preserve"> и немного рассказывает о себе (Как называется команда и какой регион РФ представляет? Какая возрастная группа? Как зовут каждого участника? Чем увлекается каждый? Что любит? Какие ожидания у участников команды от </w:t>
      </w:r>
      <w:proofErr w:type="spellStart"/>
      <w:r w:rsidRPr="00E535A5">
        <w:rPr>
          <w:lang w:val="ru-RU"/>
        </w:rPr>
        <w:t>Лингворегаты</w:t>
      </w:r>
      <w:proofErr w:type="spellEnd"/>
      <w:r w:rsidRPr="00E535A5">
        <w:rPr>
          <w:lang w:val="ru-RU"/>
        </w:rPr>
        <w:t>? и т.д.)</w:t>
      </w:r>
    </w:p>
    <w:p w14:paraId="27BACF9E" w14:textId="77777777" w:rsidR="006F2215" w:rsidRPr="00E535A5" w:rsidRDefault="00000000">
      <w:pPr>
        <w:spacing w:after="60"/>
        <w:ind w:left="312" w:hanging="312"/>
        <w:jc w:val="both"/>
        <w:rPr>
          <w:lang w:val="ru-RU"/>
        </w:rPr>
      </w:pPr>
      <w:r w:rsidRPr="00E535A5">
        <w:rPr>
          <w:b/>
          <w:color w:val="145A8D"/>
          <w:lang w:val="ru-RU"/>
        </w:rPr>
        <w:t xml:space="preserve">2. </w:t>
      </w:r>
      <w:r w:rsidRPr="00E535A5">
        <w:rPr>
          <w:lang w:val="ru-RU"/>
        </w:rPr>
        <w:t xml:space="preserve">Определить для видеосюжета место (класс, школа, библиотека, улица, значимое место в городе/селе и </w:t>
      </w:r>
      <w:proofErr w:type="gramStart"/>
      <w:r w:rsidRPr="00E535A5">
        <w:rPr>
          <w:lang w:val="ru-RU"/>
        </w:rPr>
        <w:t>т.д.</w:t>
      </w:r>
      <w:proofErr w:type="gramEnd"/>
      <w:r w:rsidRPr="00E535A5">
        <w:rPr>
          <w:lang w:val="ru-RU"/>
        </w:rPr>
        <w:t>).</w:t>
      </w:r>
    </w:p>
    <w:p w14:paraId="44BBAF86" w14:textId="77777777" w:rsidR="006F2215" w:rsidRPr="00E535A5" w:rsidRDefault="00000000">
      <w:pPr>
        <w:spacing w:after="60"/>
        <w:ind w:left="312" w:hanging="312"/>
        <w:jc w:val="both"/>
        <w:rPr>
          <w:lang w:val="ru-RU"/>
        </w:rPr>
      </w:pPr>
      <w:r w:rsidRPr="00E535A5">
        <w:rPr>
          <w:b/>
          <w:color w:val="145A8D"/>
          <w:lang w:val="ru-RU"/>
        </w:rPr>
        <w:lastRenderedPageBreak/>
        <w:t xml:space="preserve">3. </w:t>
      </w:r>
      <w:r w:rsidRPr="00E535A5">
        <w:rPr>
          <w:lang w:val="ru-RU"/>
        </w:rPr>
        <w:t>Выбрать формат представления информации (здесь чем креативнее, тем лучше). Это может быть обычное приветствие, а может быть целое театрализованное представление, оно может быть серьезным или веселым, музыкальным или поэтическим (все на усмотрение команды).</w:t>
      </w:r>
    </w:p>
    <w:p w14:paraId="6F497A53" w14:textId="77777777" w:rsidR="006F2215" w:rsidRPr="00E535A5" w:rsidRDefault="00000000">
      <w:pPr>
        <w:spacing w:after="60"/>
        <w:ind w:left="312" w:hanging="312"/>
        <w:jc w:val="both"/>
        <w:rPr>
          <w:lang w:val="ru-RU"/>
        </w:rPr>
      </w:pPr>
      <w:r w:rsidRPr="00E535A5">
        <w:rPr>
          <w:b/>
          <w:color w:val="145A8D"/>
          <w:lang w:val="ru-RU"/>
        </w:rPr>
        <w:t xml:space="preserve">4. </w:t>
      </w:r>
      <w:r w:rsidRPr="00E535A5">
        <w:rPr>
          <w:lang w:val="ru-RU"/>
        </w:rPr>
        <w:t xml:space="preserve">Разместить видео на странице созданной Вами группы и в группе </w:t>
      </w:r>
      <w:proofErr w:type="spellStart"/>
      <w:r w:rsidRPr="00E535A5">
        <w:rPr>
          <w:lang w:val="ru-RU"/>
        </w:rPr>
        <w:t>Лингворегаты</w:t>
      </w:r>
      <w:proofErr w:type="spellEnd"/>
      <w:r w:rsidRPr="00E535A5">
        <w:rPr>
          <w:lang w:val="ru-RU"/>
        </w:rPr>
        <w:t xml:space="preserve"> (</w:t>
      </w:r>
      <w:r>
        <w:t>https</w:t>
      </w:r>
      <w:r w:rsidRPr="00E535A5">
        <w:rPr>
          <w:lang w:val="ru-RU"/>
        </w:rPr>
        <w:t>://</w:t>
      </w:r>
      <w:proofErr w:type="spellStart"/>
      <w:r>
        <w:t>vk</w:t>
      </w:r>
      <w:proofErr w:type="spellEnd"/>
      <w:r w:rsidRPr="00E535A5">
        <w:rPr>
          <w:lang w:val="ru-RU"/>
        </w:rPr>
        <w:t>.</w:t>
      </w:r>
      <w:proofErr w:type="spellStart"/>
      <w:r>
        <w:t>ru</w:t>
      </w:r>
      <w:proofErr w:type="spellEnd"/>
      <w:r w:rsidRPr="00E535A5">
        <w:rPr>
          <w:lang w:val="ru-RU"/>
        </w:rPr>
        <w:t>/</w:t>
      </w:r>
      <w:r>
        <w:t>club</w:t>
      </w:r>
      <w:r w:rsidRPr="00E535A5">
        <w:rPr>
          <w:lang w:val="ru-RU"/>
        </w:rPr>
        <w:t>241493967).</w:t>
      </w:r>
    </w:p>
    <w:p w14:paraId="70E6A967" w14:textId="77777777" w:rsidR="006F2215" w:rsidRPr="00E535A5" w:rsidRDefault="00000000">
      <w:pPr>
        <w:spacing w:after="60"/>
        <w:ind w:left="312" w:hanging="312"/>
        <w:jc w:val="both"/>
        <w:rPr>
          <w:lang w:val="ru-RU"/>
        </w:rPr>
      </w:pPr>
      <w:r w:rsidRPr="00E535A5">
        <w:rPr>
          <w:b/>
          <w:color w:val="145A8D"/>
          <w:lang w:val="ru-RU"/>
        </w:rPr>
        <w:t xml:space="preserve">5. </w:t>
      </w:r>
      <w:r w:rsidRPr="00E535A5">
        <w:rPr>
          <w:lang w:val="ru-RU"/>
        </w:rPr>
        <w:t>Добавить хештег: #ЛингвоРегата_АССУЛ</w:t>
      </w:r>
    </w:p>
    <w:p w14:paraId="5BFDB9F2" w14:textId="2277A170" w:rsidR="006F2215" w:rsidRPr="00E535A5" w:rsidRDefault="00000000">
      <w:pPr>
        <w:spacing w:before="100" w:after="80"/>
        <w:rPr>
          <w:lang w:val="ru-RU"/>
        </w:rPr>
      </w:pPr>
      <w:r w:rsidRPr="00E535A5">
        <w:rPr>
          <w:b/>
          <w:lang w:val="ru-RU"/>
        </w:rPr>
        <w:t xml:space="preserve">Вопросы организаторам квеста: </w:t>
      </w:r>
      <w:proofErr w:type="spellStart"/>
      <w:r>
        <w:rPr>
          <w:color w:val="145A8D"/>
          <w:u w:val="single"/>
        </w:rPr>
        <w:t>lingvoregata</w:t>
      </w:r>
      <w:proofErr w:type="spellEnd"/>
      <w:r w:rsidRPr="00E535A5">
        <w:rPr>
          <w:color w:val="145A8D"/>
          <w:u w:val="single"/>
          <w:lang w:val="ru-RU"/>
        </w:rPr>
        <w:t>@</w:t>
      </w:r>
      <w:proofErr w:type="spellStart"/>
      <w:r>
        <w:rPr>
          <w:color w:val="145A8D"/>
          <w:u w:val="single"/>
        </w:rPr>
        <w:t>yandex</w:t>
      </w:r>
      <w:proofErr w:type="spellEnd"/>
      <w:r w:rsidRPr="00E535A5">
        <w:rPr>
          <w:color w:val="145A8D"/>
          <w:u w:val="single"/>
          <w:lang w:val="ru-RU"/>
        </w:rPr>
        <w:t>.</w:t>
      </w:r>
      <w:proofErr w:type="spellStart"/>
      <w:r w:rsidR="00E535A5" w:rsidRPr="00E535A5">
        <w:rPr>
          <w:color w:val="145A8D"/>
          <w:u w:val="single"/>
        </w:rPr>
        <w:t>ru</w:t>
      </w:r>
      <w:proofErr w:type="spellEnd"/>
    </w:p>
    <w:p w14:paraId="2FD3578D" w14:textId="77777777" w:rsidR="006F2215" w:rsidRDefault="00000000">
      <w:pPr>
        <w:pStyle w:val="SectionBlue"/>
        <w:jc w:val="center"/>
      </w:pPr>
      <w:proofErr w:type="spellStart"/>
      <w:r>
        <w:rPr>
          <w:sz w:val="30"/>
        </w:rPr>
        <w:t>Маршрут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Лингворегаты</w:t>
      </w:r>
      <w:proofErr w:type="spellEnd"/>
    </w:p>
    <w:p w14:paraId="59D27F82" w14:textId="77777777" w:rsidR="006F2215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023C8A0B" wp14:editId="6788721B">
            <wp:extent cx="3888000" cy="25845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_crop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8000" cy="258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27C68" w14:textId="77777777" w:rsidR="006F2215" w:rsidRDefault="00000000">
      <w:pPr>
        <w:jc w:val="center"/>
      </w:pPr>
      <w:proofErr w:type="spellStart"/>
      <w:r w:rsidRPr="00E535A5">
        <w:rPr>
          <w:b/>
          <w:lang w:val="ru-RU"/>
        </w:rPr>
        <w:t>Лингворегата</w:t>
      </w:r>
      <w:proofErr w:type="spellEnd"/>
      <w:r w:rsidRPr="00E535A5">
        <w:rPr>
          <w:b/>
          <w:lang w:val="ru-RU"/>
        </w:rPr>
        <w:t xml:space="preserve"> включает в себя 5 этапов (причалов). Задания каждого этапа открываются командам в указанные сроки. </w:t>
      </w:r>
      <w:proofErr w:type="spellStart"/>
      <w:r>
        <w:rPr>
          <w:b/>
        </w:rPr>
        <w:t>Время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выполнения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ограничено</w:t>
      </w:r>
      <w:proofErr w:type="spellEnd"/>
      <w:r>
        <w:rPr>
          <w:b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6F2215" w14:paraId="2E8407C5" w14:textId="77777777">
        <w:trPr>
          <w:cantSplit/>
          <w:jc w:val="center"/>
        </w:trPr>
        <w:tc>
          <w:tcPr>
            <w:tcW w:w="5018" w:type="dxa"/>
            <w:tcBorders>
              <w:top w:val="single" w:sz="4" w:space="0" w:color="145A8D"/>
              <w:left w:val="single" w:sz="4" w:space="0" w:color="145A8D"/>
              <w:bottom w:val="single" w:sz="4" w:space="0" w:color="145A8D"/>
              <w:right w:val="single" w:sz="4" w:space="0" w:color="145A8D"/>
            </w:tcBorders>
            <w:shd w:val="clear" w:color="auto" w:fill="145A8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1BAE58" w14:textId="77777777" w:rsidR="006F2215" w:rsidRPr="00E535A5" w:rsidRDefault="00000000">
            <w:pPr>
              <w:keepNext/>
              <w:spacing w:after="0"/>
              <w:rPr>
                <w:lang w:val="ru-RU"/>
              </w:rPr>
            </w:pPr>
            <w:r w:rsidRPr="00E535A5">
              <w:rPr>
                <w:b/>
                <w:color w:val="FFFFFF"/>
                <w:lang w:val="ru-RU"/>
              </w:rPr>
              <w:t>1 этап. ПРИЧАЛ №1 «По морям, по волнам»</w:t>
            </w:r>
          </w:p>
        </w:tc>
        <w:tc>
          <w:tcPr>
            <w:tcW w:w="5018" w:type="dxa"/>
            <w:tcBorders>
              <w:top w:val="single" w:sz="4" w:space="0" w:color="D7A83F"/>
              <w:left w:val="single" w:sz="4" w:space="0" w:color="D7A83F"/>
              <w:bottom w:val="single" w:sz="4" w:space="0" w:color="D7A83F"/>
              <w:right w:val="single" w:sz="4" w:space="0" w:color="D7A83F"/>
            </w:tcBorders>
            <w:shd w:val="clear" w:color="auto" w:fill="D7A83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FC5CE2" w14:textId="77777777" w:rsidR="006F2215" w:rsidRDefault="00000000">
            <w:pPr>
              <w:spacing w:after="0"/>
              <w:jc w:val="center"/>
            </w:pPr>
            <w:r>
              <w:rPr>
                <w:b/>
                <w:color w:val="123B5D"/>
              </w:rPr>
              <w:t>16.09-20.09.2026</w:t>
            </w:r>
          </w:p>
        </w:tc>
      </w:tr>
      <w:tr w:rsidR="006F2215" w:rsidRPr="00E535A5" w14:paraId="78812B34" w14:textId="77777777">
        <w:trPr>
          <w:cantSplit/>
          <w:jc w:val="center"/>
        </w:trPr>
        <w:tc>
          <w:tcPr>
            <w:tcW w:w="10036" w:type="dxa"/>
            <w:gridSpan w:val="2"/>
            <w:tcBorders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EEF5F9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1A2AD6DA" w14:textId="77777777" w:rsidR="006F2215" w:rsidRPr="00E535A5" w:rsidRDefault="00000000">
            <w:pPr>
              <w:spacing w:after="0"/>
              <w:jc w:val="both"/>
              <w:rPr>
                <w:lang w:val="ru-RU"/>
              </w:rPr>
            </w:pPr>
            <w:r w:rsidRPr="00E535A5">
              <w:rPr>
                <w:lang w:val="ru-RU"/>
              </w:rPr>
              <w:t xml:space="preserve">Выполнение заданий, направленных на изучение различных видов словарей и словарных статей. Модератор этапа: Дмитриева Наталья Евгеньевна, член Тамбовского регионального отделения АССУЛ, учитель русского языка и литературы МБОУ Сосновская СОШ №2 имени </w:t>
            </w:r>
            <w:proofErr w:type="gramStart"/>
            <w:r w:rsidRPr="00E535A5">
              <w:rPr>
                <w:lang w:val="ru-RU"/>
              </w:rPr>
              <w:t>И.Ю.</w:t>
            </w:r>
            <w:proofErr w:type="gramEnd"/>
            <w:r w:rsidRPr="00E535A5">
              <w:rPr>
                <w:lang w:val="ru-RU"/>
              </w:rPr>
              <w:t xml:space="preserve"> Уланова, Тамбовская область.</w:t>
            </w:r>
          </w:p>
        </w:tc>
      </w:tr>
    </w:tbl>
    <w:p w14:paraId="0E636B12" w14:textId="77777777" w:rsidR="006F2215" w:rsidRPr="00E535A5" w:rsidRDefault="006F2215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6F2215" w14:paraId="05A920B5" w14:textId="77777777">
        <w:trPr>
          <w:cantSplit/>
          <w:jc w:val="center"/>
        </w:trPr>
        <w:tc>
          <w:tcPr>
            <w:tcW w:w="5018" w:type="dxa"/>
            <w:tcBorders>
              <w:top w:val="single" w:sz="4" w:space="0" w:color="145A8D"/>
              <w:left w:val="single" w:sz="4" w:space="0" w:color="145A8D"/>
              <w:bottom w:val="single" w:sz="4" w:space="0" w:color="145A8D"/>
              <w:right w:val="single" w:sz="4" w:space="0" w:color="145A8D"/>
            </w:tcBorders>
            <w:shd w:val="clear" w:color="auto" w:fill="145A8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0F4AB6" w14:textId="77777777" w:rsidR="006F2215" w:rsidRDefault="00000000">
            <w:pPr>
              <w:keepNext/>
              <w:spacing w:after="0"/>
            </w:pPr>
            <w:r>
              <w:rPr>
                <w:b/>
                <w:color w:val="FFFFFF"/>
              </w:rPr>
              <w:t xml:space="preserve">2 </w:t>
            </w:r>
            <w:proofErr w:type="spellStart"/>
            <w:r>
              <w:rPr>
                <w:b/>
                <w:color w:val="FFFFFF"/>
              </w:rPr>
              <w:t>этап</w:t>
            </w:r>
            <w:proofErr w:type="spellEnd"/>
            <w:r>
              <w:rPr>
                <w:b/>
                <w:color w:val="FFFFFF"/>
              </w:rPr>
              <w:t>. ПРИЧАЛ №2 «Фразеологический мыс»</w:t>
            </w:r>
          </w:p>
        </w:tc>
        <w:tc>
          <w:tcPr>
            <w:tcW w:w="5018" w:type="dxa"/>
            <w:tcBorders>
              <w:top w:val="single" w:sz="4" w:space="0" w:color="D7A83F"/>
              <w:left w:val="single" w:sz="4" w:space="0" w:color="D7A83F"/>
              <w:bottom w:val="single" w:sz="4" w:space="0" w:color="D7A83F"/>
              <w:right w:val="single" w:sz="4" w:space="0" w:color="D7A83F"/>
            </w:tcBorders>
            <w:shd w:val="clear" w:color="auto" w:fill="D7A83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B1F24C" w14:textId="77777777" w:rsidR="006F2215" w:rsidRDefault="00000000">
            <w:pPr>
              <w:spacing w:after="0"/>
              <w:jc w:val="center"/>
            </w:pPr>
            <w:r>
              <w:rPr>
                <w:b/>
                <w:color w:val="123B5D"/>
              </w:rPr>
              <w:t>21.09-25.09.2026</w:t>
            </w:r>
          </w:p>
        </w:tc>
      </w:tr>
      <w:tr w:rsidR="006F2215" w14:paraId="12D03303" w14:textId="77777777">
        <w:trPr>
          <w:cantSplit/>
          <w:jc w:val="center"/>
        </w:trPr>
        <w:tc>
          <w:tcPr>
            <w:tcW w:w="10036" w:type="dxa"/>
            <w:gridSpan w:val="2"/>
            <w:tcBorders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44588417" w14:textId="77777777" w:rsidR="006F2215" w:rsidRDefault="00000000">
            <w:pPr>
              <w:spacing w:after="0"/>
              <w:jc w:val="both"/>
            </w:pPr>
            <w:r w:rsidRPr="00E535A5">
              <w:rPr>
                <w:lang w:val="ru-RU"/>
              </w:rPr>
              <w:t xml:space="preserve">Выполнение заданий, направленных на изучение фразеологизмов, пословиц, поговорок народов России. Модератор этапа: Коростелева Тамара Анатольевна, член Тамбовского регионального отделения АССУЛ, учитель русского языка и литературы МБОУ Сосновская СОШ №2 им. </w:t>
            </w:r>
            <w:proofErr w:type="gramStart"/>
            <w:r>
              <w:t>И.Ю.</w:t>
            </w:r>
            <w:proofErr w:type="gramEnd"/>
            <w:r>
              <w:t xml:space="preserve"> Уланова, Тамбовская область.</w:t>
            </w:r>
          </w:p>
        </w:tc>
      </w:tr>
    </w:tbl>
    <w:p w14:paraId="5841A699" w14:textId="77777777" w:rsidR="006F2215" w:rsidRDefault="006F2215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6F2215" w14:paraId="06D8C494" w14:textId="77777777">
        <w:trPr>
          <w:cantSplit/>
          <w:jc w:val="center"/>
        </w:trPr>
        <w:tc>
          <w:tcPr>
            <w:tcW w:w="5018" w:type="dxa"/>
            <w:tcBorders>
              <w:top w:val="single" w:sz="4" w:space="0" w:color="145A8D"/>
              <w:left w:val="single" w:sz="4" w:space="0" w:color="145A8D"/>
              <w:bottom w:val="single" w:sz="4" w:space="0" w:color="145A8D"/>
              <w:right w:val="single" w:sz="4" w:space="0" w:color="145A8D"/>
            </w:tcBorders>
            <w:shd w:val="clear" w:color="auto" w:fill="145A8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A1115F" w14:textId="77777777" w:rsidR="006F2215" w:rsidRDefault="00000000">
            <w:pPr>
              <w:keepNext/>
              <w:spacing w:after="0"/>
            </w:pPr>
            <w:r>
              <w:rPr>
                <w:b/>
                <w:color w:val="FFFFFF"/>
              </w:rPr>
              <w:t>3 этап. ПРИЧАЛ №3 «Мнемонический шторм»</w:t>
            </w:r>
          </w:p>
        </w:tc>
        <w:tc>
          <w:tcPr>
            <w:tcW w:w="5018" w:type="dxa"/>
            <w:tcBorders>
              <w:top w:val="single" w:sz="4" w:space="0" w:color="D7A83F"/>
              <w:left w:val="single" w:sz="4" w:space="0" w:color="D7A83F"/>
              <w:bottom w:val="single" w:sz="4" w:space="0" w:color="D7A83F"/>
              <w:right w:val="single" w:sz="4" w:space="0" w:color="D7A83F"/>
            </w:tcBorders>
            <w:shd w:val="clear" w:color="auto" w:fill="D7A83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2468E3" w14:textId="77777777" w:rsidR="006F2215" w:rsidRDefault="00000000">
            <w:pPr>
              <w:spacing w:after="0"/>
              <w:jc w:val="center"/>
            </w:pPr>
            <w:r>
              <w:rPr>
                <w:b/>
                <w:color w:val="123B5D"/>
              </w:rPr>
              <w:t>26.09-30.09.2026</w:t>
            </w:r>
          </w:p>
        </w:tc>
      </w:tr>
      <w:tr w:rsidR="006F2215" w:rsidRPr="00E535A5" w14:paraId="4A07D1F2" w14:textId="77777777">
        <w:trPr>
          <w:cantSplit/>
          <w:jc w:val="center"/>
        </w:trPr>
        <w:tc>
          <w:tcPr>
            <w:tcW w:w="10036" w:type="dxa"/>
            <w:gridSpan w:val="2"/>
            <w:tcBorders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EEF5F9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44FA1BC3" w14:textId="77777777" w:rsidR="006F2215" w:rsidRPr="00E535A5" w:rsidRDefault="00000000">
            <w:pPr>
              <w:spacing w:after="0"/>
              <w:jc w:val="both"/>
              <w:rPr>
                <w:lang w:val="ru-RU"/>
              </w:rPr>
            </w:pPr>
            <w:r w:rsidRPr="00E535A5">
              <w:rPr>
                <w:lang w:val="ru-RU"/>
              </w:rPr>
              <w:t xml:space="preserve">Выполнение заданий, направленных на изучение приемов и способов, облегчающих запоминание и увеличивающих объем памяти путем образования искусственных ассоциаций. Модератор этапа: Белецкая Лариса Николаевна, член Тамбовского регионального отделения АССУЛ, учитель русского языка и литературы МБОУ «Никифоровская СОШ №1 имени Героя РФ Александра Сергеевича </w:t>
            </w:r>
            <w:proofErr w:type="spellStart"/>
            <w:r w:rsidRPr="00E535A5">
              <w:rPr>
                <w:lang w:val="ru-RU"/>
              </w:rPr>
              <w:t>Досягаева</w:t>
            </w:r>
            <w:proofErr w:type="spellEnd"/>
            <w:r w:rsidRPr="00E535A5">
              <w:rPr>
                <w:lang w:val="ru-RU"/>
              </w:rPr>
              <w:t>», Тамбовская область.</w:t>
            </w:r>
          </w:p>
        </w:tc>
      </w:tr>
    </w:tbl>
    <w:p w14:paraId="290DFD0B" w14:textId="77777777" w:rsidR="006F2215" w:rsidRPr="00E535A5" w:rsidRDefault="006F2215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6F2215" w14:paraId="295FE444" w14:textId="77777777">
        <w:trPr>
          <w:cantSplit/>
          <w:jc w:val="center"/>
        </w:trPr>
        <w:tc>
          <w:tcPr>
            <w:tcW w:w="5018" w:type="dxa"/>
            <w:tcBorders>
              <w:top w:val="single" w:sz="4" w:space="0" w:color="145A8D"/>
              <w:left w:val="single" w:sz="4" w:space="0" w:color="145A8D"/>
              <w:bottom w:val="single" w:sz="4" w:space="0" w:color="145A8D"/>
              <w:right w:val="single" w:sz="4" w:space="0" w:color="145A8D"/>
            </w:tcBorders>
            <w:shd w:val="clear" w:color="auto" w:fill="145A8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B15774" w14:textId="77777777" w:rsidR="006F2215" w:rsidRDefault="00000000">
            <w:pPr>
              <w:keepNext/>
              <w:spacing w:after="0"/>
            </w:pPr>
            <w:r>
              <w:rPr>
                <w:b/>
                <w:color w:val="FFFFFF"/>
              </w:rPr>
              <w:lastRenderedPageBreak/>
              <w:t xml:space="preserve">4 </w:t>
            </w:r>
            <w:proofErr w:type="spellStart"/>
            <w:r>
              <w:rPr>
                <w:b/>
                <w:color w:val="FFFFFF"/>
              </w:rPr>
              <w:t>этап</w:t>
            </w:r>
            <w:proofErr w:type="spellEnd"/>
            <w:r>
              <w:rPr>
                <w:b/>
                <w:color w:val="FFFFFF"/>
              </w:rPr>
              <w:t>. ПРИЧАЛ №4 «Материк культур»</w:t>
            </w:r>
          </w:p>
        </w:tc>
        <w:tc>
          <w:tcPr>
            <w:tcW w:w="5018" w:type="dxa"/>
            <w:tcBorders>
              <w:top w:val="single" w:sz="4" w:space="0" w:color="D7A83F"/>
              <w:left w:val="single" w:sz="4" w:space="0" w:color="D7A83F"/>
              <w:bottom w:val="single" w:sz="4" w:space="0" w:color="D7A83F"/>
              <w:right w:val="single" w:sz="4" w:space="0" w:color="D7A83F"/>
            </w:tcBorders>
            <w:shd w:val="clear" w:color="auto" w:fill="D7A83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74C96A" w14:textId="77777777" w:rsidR="006F2215" w:rsidRDefault="00000000">
            <w:pPr>
              <w:spacing w:after="0"/>
              <w:jc w:val="center"/>
            </w:pPr>
            <w:r>
              <w:rPr>
                <w:b/>
                <w:color w:val="123B5D"/>
              </w:rPr>
              <w:t>01.10-07.10.2026</w:t>
            </w:r>
          </w:p>
        </w:tc>
      </w:tr>
      <w:tr w:rsidR="006F2215" w:rsidRPr="00E535A5" w14:paraId="3E55D1CD" w14:textId="77777777">
        <w:trPr>
          <w:cantSplit/>
          <w:jc w:val="center"/>
        </w:trPr>
        <w:tc>
          <w:tcPr>
            <w:tcW w:w="10036" w:type="dxa"/>
            <w:gridSpan w:val="2"/>
            <w:tcBorders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EC4C8BD" w14:textId="77777777" w:rsidR="006F2215" w:rsidRPr="00E535A5" w:rsidRDefault="00000000">
            <w:pPr>
              <w:spacing w:after="0"/>
              <w:jc w:val="both"/>
              <w:rPr>
                <w:lang w:val="ru-RU"/>
              </w:rPr>
            </w:pPr>
            <w:r w:rsidRPr="00E535A5">
              <w:rPr>
                <w:lang w:val="ru-RU"/>
              </w:rPr>
              <w:t xml:space="preserve">Выполнение заданий, направленных на изучение многообразия культурных традиций народов России. Модератор этапа: Волкова Татьяна Анатольевна, член Тамбовского регионального отделения АССУЛ, учитель русского языка и литературы МАОУ СОШ № 22 имени Героя Российской Федерации </w:t>
            </w:r>
            <w:proofErr w:type="gramStart"/>
            <w:r w:rsidRPr="00E535A5">
              <w:rPr>
                <w:lang w:val="ru-RU"/>
              </w:rPr>
              <w:t>Д.Е.</w:t>
            </w:r>
            <w:proofErr w:type="gramEnd"/>
            <w:r w:rsidRPr="00E535A5">
              <w:rPr>
                <w:lang w:val="ru-RU"/>
              </w:rPr>
              <w:t xml:space="preserve"> Иванова, г. Тамбов.</w:t>
            </w:r>
          </w:p>
        </w:tc>
      </w:tr>
    </w:tbl>
    <w:p w14:paraId="7D5E88D3" w14:textId="77777777" w:rsidR="006F2215" w:rsidRPr="00E535A5" w:rsidRDefault="006F2215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6F2215" w14:paraId="6E4AE1C8" w14:textId="77777777">
        <w:trPr>
          <w:cantSplit/>
          <w:jc w:val="center"/>
        </w:trPr>
        <w:tc>
          <w:tcPr>
            <w:tcW w:w="5018" w:type="dxa"/>
            <w:tcBorders>
              <w:top w:val="single" w:sz="4" w:space="0" w:color="145A8D"/>
              <w:left w:val="single" w:sz="4" w:space="0" w:color="145A8D"/>
              <w:bottom w:val="single" w:sz="4" w:space="0" w:color="145A8D"/>
              <w:right w:val="single" w:sz="4" w:space="0" w:color="145A8D"/>
            </w:tcBorders>
            <w:shd w:val="clear" w:color="auto" w:fill="145A8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B40150" w14:textId="77777777" w:rsidR="006F2215" w:rsidRDefault="00000000">
            <w:pPr>
              <w:keepNext/>
              <w:spacing w:after="0"/>
            </w:pPr>
            <w:proofErr w:type="spellStart"/>
            <w:r>
              <w:rPr>
                <w:b/>
                <w:color w:val="FFFFFF"/>
              </w:rPr>
              <w:t>Финал</w:t>
            </w:r>
            <w:proofErr w:type="spellEnd"/>
            <w:r>
              <w:rPr>
                <w:b/>
                <w:color w:val="FFFFFF"/>
              </w:rPr>
              <w:t xml:space="preserve"> «</w:t>
            </w:r>
            <w:proofErr w:type="spellStart"/>
            <w:r>
              <w:rPr>
                <w:b/>
                <w:color w:val="FFFFFF"/>
              </w:rPr>
              <w:t>Причал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дружбы</w:t>
            </w:r>
            <w:proofErr w:type="spellEnd"/>
            <w:r>
              <w:rPr>
                <w:b/>
                <w:color w:val="FFFFFF"/>
              </w:rPr>
              <w:t>»</w:t>
            </w:r>
          </w:p>
        </w:tc>
        <w:tc>
          <w:tcPr>
            <w:tcW w:w="5018" w:type="dxa"/>
            <w:tcBorders>
              <w:top w:val="single" w:sz="4" w:space="0" w:color="D7A83F"/>
              <w:left w:val="single" w:sz="4" w:space="0" w:color="D7A83F"/>
              <w:bottom w:val="single" w:sz="4" w:space="0" w:color="D7A83F"/>
              <w:right w:val="single" w:sz="4" w:space="0" w:color="D7A83F"/>
            </w:tcBorders>
            <w:shd w:val="clear" w:color="auto" w:fill="D7A83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A31AE0" w14:textId="77777777" w:rsidR="006F2215" w:rsidRDefault="00000000">
            <w:pPr>
              <w:spacing w:after="0"/>
              <w:jc w:val="center"/>
            </w:pPr>
            <w:r>
              <w:rPr>
                <w:b/>
                <w:color w:val="123B5D"/>
              </w:rPr>
              <w:t>08.10-19.10.2026</w:t>
            </w:r>
          </w:p>
        </w:tc>
      </w:tr>
      <w:tr w:rsidR="006F2215" w:rsidRPr="00E535A5" w14:paraId="19BE1377" w14:textId="77777777">
        <w:trPr>
          <w:cantSplit/>
          <w:jc w:val="center"/>
        </w:trPr>
        <w:tc>
          <w:tcPr>
            <w:tcW w:w="10036" w:type="dxa"/>
            <w:gridSpan w:val="2"/>
            <w:tcBorders>
              <w:left w:val="single" w:sz="4" w:space="0" w:color="D6E6F0"/>
              <w:bottom w:val="single" w:sz="4" w:space="0" w:color="D6E6F0"/>
              <w:right w:val="single" w:sz="4" w:space="0" w:color="D6E6F0"/>
            </w:tcBorders>
            <w:shd w:val="clear" w:color="auto" w:fill="EEF5F9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49C4B0C3" w14:textId="77777777" w:rsidR="006F2215" w:rsidRPr="00E535A5" w:rsidRDefault="00000000">
            <w:pPr>
              <w:spacing w:after="0"/>
              <w:jc w:val="both"/>
              <w:rPr>
                <w:lang w:val="ru-RU"/>
              </w:rPr>
            </w:pPr>
            <w:r w:rsidRPr="00E535A5">
              <w:rPr>
                <w:lang w:val="ru-RU"/>
              </w:rPr>
              <w:t>Открытая площадка. Формы: чтение стихотворения (или отрывка стихотворения) на любом из языков народов России и русском языке, танец, песня и др. Участники направляют в оргкомитет видеозаписи выступлений, лучшие из которых демонстрируются в рамках финального мероприятия. Модератор этапа: Шуваева Наталия Валериевна, член Тамбовского регионального отделения АССУЛ, кандидат филологических наук, учитель русского языка и литературы МБОУ «Средняя общеобразовательная школа №4» г. Рассказово, Тамбовская область.</w:t>
            </w:r>
          </w:p>
        </w:tc>
      </w:tr>
    </w:tbl>
    <w:p w14:paraId="2BFD81EA" w14:textId="77777777" w:rsidR="006F2215" w:rsidRPr="00E535A5" w:rsidRDefault="006F2215">
      <w:pPr>
        <w:spacing w:after="0"/>
        <w:rPr>
          <w:lang w:val="ru-RU"/>
        </w:rPr>
      </w:pPr>
    </w:p>
    <w:p w14:paraId="376DC500" w14:textId="77777777" w:rsidR="006F2215" w:rsidRPr="00E535A5" w:rsidRDefault="00000000">
      <w:pPr>
        <w:pStyle w:val="SectionBlue"/>
        <w:jc w:val="center"/>
        <w:rPr>
          <w:lang w:val="ru-RU"/>
        </w:rPr>
      </w:pPr>
      <w:r w:rsidRPr="00E535A5">
        <w:rPr>
          <w:sz w:val="30"/>
          <w:lang w:val="ru-RU"/>
        </w:rPr>
        <w:t>На финишной прямой</w:t>
      </w:r>
    </w:p>
    <w:p w14:paraId="092B666C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>Чтобы координаторам и членам жюри «с большой земли» было хорошо видно, как плывут наши экипажи, будет оформлена таблица продвижения.</w:t>
      </w:r>
    </w:p>
    <w:p w14:paraId="6104F368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>Веб-рафтинг «</w:t>
      </w:r>
      <w:proofErr w:type="spellStart"/>
      <w:r w:rsidRPr="00E535A5">
        <w:rPr>
          <w:lang w:val="ru-RU"/>
        </w:rPr>
        <w:t>Лингворегата</w:t>
      </w:r>
      <w:proofErr w:type="spellEnd"/>
      <w:r w:rsidRPr="00E535A5">
        <w:rPr>
          <w:lang w:val="ru-RU"/>
        </w:rPr>
        <w:t>» идет полным ходом! Вы готовы присоединиться? Тогда полный вперёд!</w:t>
      </w:r>
    </w:p>
    <w:p w14:paraId="15FAC323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>Что нам пригодится в пути? Знания, смекалка, взаимовыручка, хорошее настроение.</w:t>
      </w:r>
    </w:p>
    <w:p w14:paraId="501CCDD6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>Чего мы ждём от сетевого путешествия? Новых впечатлений, сюрпризов и ИКТ-продвижения.</w:t>
      </w:r>
    </w:p>
    <w:p w14:paraId="7C116673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>Пусть попутный ветер наполняет паруса нашей лингвистической флотилии! Постараемся преодолеть все пороги и перекаты виртуального пространства, обойти подводные камни информации, преодолеть водовороты сервисов и из любой сложной ситуации выйти сухими из воды.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16"/>
      </w:tblGrid>
      <w:tr w:rsidR="006F2215" w:rsidRPr="00E535A5" w14:paraId="4FC9DE34" w14:textId="77777777">
        <w:trPr>
          <w:jc w:val="center"/>
        </w:trPr>
        <w:tc>
          <w:tcPr>
            <w:tcW w:w="10036" w:type="dxa"/>
            <w:tcBorders>
              <w:top w:val="single" w:sz="8" w:space="0" w:color="D7A83F"/>
              <w:left w:val="single" w:sz="8" w:space="0" w:color="D7A83F"/>
              <w:bottom w:val="single" w:sz="8" w:space="0" w:color="D7A83F"/>
              <w:right w:val="single" w:sz="8" w:space="0" w:color="D7A83F"/>
            </w:tcBorders>
            <w:shd w:val="clear" w:color="auto" w:fill="FAF6E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2945691" w14:textId="77777777" w:rsidR="006F2215" w:rsidRPr="00E535A5" w:rsidRDefault="00000000">
            <w:pPr>
              <w:spacing w:after="0"/>
              <w:jc w:val="center"/>
              <w:rPr>
                <w:lang w:val="ru-RU"/>
              </w:rPr>
            </w:pPr>
            <w:r w:rsidRPr="00E535A5">
              <w:rPr>
                <w:b/>
                <w:color w:val="123B5D"/>
                <w:sz w:val="24"/>
                <w:lang w:val="ru-RU"/>
              </w:rPr>
              <w:t>Добро пожаловать на борт! Поднять паруса! Полный вперёд! Семь футов под килем!</w:t>
            </w:r>
          </w:p>
        </w:tc>
      </w:tr>
    </w:tbl>
    <w:p w14:paraId="0E5E4F74" w14:textId="77777777" w:rsidR="006F2215" w:rsidRPr="00E535A5" w:rsidRDefault="00000000">
      <w:pPr>
        <w:pStyle w:val="SectionBlue"/>
        <w:rPr>
          <w:lang w:val="ru-RU"/>
        </w:rPr>
      </w:pPr>
      <w:r w:rsidRPr="00E535A5">
        <w:rPr>
          <w:lang w:val="ru-RU"/>
        </w:rPr>
        <w:t>Контакты</w:t>
      </w:r>
    </w:p>
    <w:p w14:paraId="531AD175" w14:textId="77777777" w:rsidR="006F2215" w:rsidRPr="00E535A5" w:rsidRDefault="00000000">
      <w:pPr>
        <w:spacing w:after="20"/>
        <w:rPr>
          <w:lang w:val="ru-RU"/>
        </w:rPr>
      </w:pPr>
      <w:r w:rsidRPr="00E535A5">
        <w:rPr>
          <w:b/>
          <w:lang w:val="ru-RU"/>
        </w:rPr>
        <w:t xml:space="preserve">Телефон: </w:t>
      </w:r>
      <w:r w:rsidRPr="00E535A5">
        <w:rPr>
          <w:lang w:val="ru-RU"/>
        </w:rPr>
        <w:t>8(4752)63-05-03</w:t>
      </w:r>
    </w:p>
    <w:p w14:paraId="46E257CF" w14:textId="07802843" w:rsidR="006F2215" w:rsidRPr="00E535A5" w:rsidRDefault="00000000">
      <w:pPr>
        <w:spacing w:after="20"/>
      </w:pPr>
      <w:r>
        <w:rPr>
          <w:b/>
        </w:rPr>
        <w:t>E</w:t>
      </w:r>
      <w:r w:rsidRPr="00E535A5">
        <w:rPr>
          <w:b/>
        </w:rPr>
        <w:t>-</w:t>
      </w:r>
      <w:r>
        <w:rPr>
          <w:b/>
        </w:rPr>
        <w:t>mail</w:t>
      </w:r>
      <w:r w:rsidRPr="00E535A5">
        <w:rPr>
          <w:b/>
        </w:rPr>
        <w:t xml:space="preserve">: </w:t>
      </w:r>
      <w:hyperlink r:id="rId14" w:history="1">
        <w:r w:rsidR="00E535A5" w:rsidRPr="00E60A69">
          <w:rPr>
            <w:rStyle w:val="aff8"/>
          </w:rPr>
          <w:t>lingvoregata@yandex.</w:t>
        </w:r>
      </w:hyperlink>
      <w:r w:rsidR="00E535A5" w:rsidRPr="00E535A5">
        <w:rPr>
          <w:rStyle w:val="aff8"/>
        </w:rPr>
        <w:t>ru</w:t>
      </w:r>
    </w:p>
    <w:p w14:paraId="744F8606" w14:textId="77777777" w:rsidR="006F2215" w:rsidRPr="00E535A5" w:rsidRDefault="00000000">
      <w:pPr>
        <w:jc w:val="both"/>
        <w:rPr>
          <w:lang w:val="ru-RU"/>
        </w:rPr>
      </w:pPr>
      <w:r w:rsidRPr="00E535A5">
        <w:rPr>
          <w:lang w:val="ru-RU"/>
        </w:rPr>
        <w:t>Мирзаева Татьяна Викторовна, председатель оргкомитета Всероссийского веб-квеста для школьных и студенческих команд «</w:t>
      </w:r>
      <w:proofErr w:type="spellStart"/>
      <w:r w:rsidRPr="00E535A5">
        <w:rPr>
          <w:lang w:val="ru-RU"/>
        </w:rPr>
        <w:t>ЛингвоРегата</w:t>
      </w:r>
      <w:proofErr w:type="spellEnd"/>
      <w:r w:rsidRPr="00E535A5">
        <w:rPr>
          <w:lang w:val="ru-RU"/>
        </w:rPr>
        <w:t>», сопредседатель Координационного Совета АССУЛ, председатель Тамбовского регионального отделения АССУЛ, первый проректор — проректор по научно-методической работе Тамбовского областного государственного образовательного автономного учреждения дополнительного профессионального образования «Институт повышения квалификации работников образования», кандидат филологических наук.</w:t>
      </w:r>
    </w:p>
    <w:p w14:paraId="29D58E9D" w14:textId="77777777" w:rsidR="006F2215" w:rsidRPr="00E535A5" w:rsidRDefault="00000000">
      <w:pPr>
        <w:spacing w:before="280" w:after="40"/>
        <w:jc w:val="center"/>
        <w:rPr>
          <w:lang w:val="ru-RU"/>
        </w:rPr>
      </w:pPr>
      <w:r w:rsidRPr="00E535A5">
        <w:rPr>
          <w:b/>
          <w:i/>
          <w:color w:val="123B5D"/>
          <w:sz w:val="24"/>
          <w:lang w:val="ru-RU"/>
        </w:rPr>
        <w:t>Желаем творческих успехов участникам!</w:t>
      </w:r>
    </w:p>
    <w:p w14:paraId="00CCEF63" w14:textId="77777777" w:rsidR="006F2215" w:rsidRPr="00E535A5" w:rsidRDefault="00000000">
      <w:pPr>
        <w:jc w:val="center"/>
        <w:rPr>
          <w:lang w:val="ru-RU"/>
        </w:rPr>
      </w:pPr>
      <w:r w:rsidRPr="00E535A5">
        <w:rPr>
          <w:b/>
          <w:lang w:val="ru-RU"/>
        </w:rPr>
        <w:t>Присоединяйтесь, друзья! Давайте знакомиться!</w:t>
      </w:r>
    </w:p>
    <w:p w14:paraId="51084DFB" w14:textId="77777777" w:rsidR="006F2215" w:rsidRPr="00E535A5" w:rsidRDefault="00000000">
      <w:pPr>
        <w:jc w:val="center"/>
        <w:rPr>
          <w:lang w:val="ru-RU"/>
        </w:rPr>
      </w:pPr>
      <w:r w:rsidRPr="00E535A5">
        <w:rPr>
          <w:lang w:val="ru-RU"/>
        </w:rPr>
        <w:t xml:space="preserve">Регистрируйте команду по ссылке: </w:t>
      </w:r>
      <w:hyperlink r:id="rId15">
        <w:r>
          <w:rPr>
            <w:color w:val="145A8D"/>
            <w:u w:val="single"/>
          </w:rPr>
          <w:t>https</w:t>
        </w:r>
        <w:r w:rsidRPr="00E535A5">
          <w:rPr>
            <w:color w:val="145A8D"/>
            <w:u w:val="single"/>
            <w:lang w:val="ru-RU"/>
          </w:rPr>
          <w:t>://</w:t>
        </w:r>
        <w:r>
          <w:rPr>
            <w:color w:val="145A8D"/>
            <w:u w:val="single"/>
          </w:rPr>
          <w:t>forms</w:t>
        </w:r>
        <w:r w:rsidRPr="00E535A5">
          <w:rPr>
            <w:color w:val="145A8D"/>
            <w:u w:val="single"/>
            <w:lang w:val="ru-RU"/>
          </w:rPr>
          <w:t>.</w:t>
        </w:r>
        <w:proofErr w:type="spellStart"/>
        <w:r>
          <w:rPr>
            <w:color w:val="145A8D"/>
            <w:u w:val="single"/>
          </w:rPr>
          <w:t>yandex</w:t>
        </w:r>
        <w:proofErr w:type="spellEnd"/>
        <w:r w:rsidRPr="00E535A5">
          <w:rPr>
            <w:color w:val="145A8D"/>
            <w:u w:val="single"/>
            <w:lang w:val="ru-RU"/>
          </w:rPr>
          <w:t>.</w:t>
        </w:r>
        <w:proofErr w:type="spellStart"/>
        <w:r>
          <w:rPr>
            <w:color w:val="145A8D"/>
            <w:u w:val="single"/>
          </w:rPr>
          <w:t>ru</w:t>
        </w:r>
        <w:proofErr w:type="spellEnd"/>
        <w:r w:rsidRPr="00E535A5">
          <w:rPr>
            <w:color w:val="145A8D"/>
            <w:u w:val="single"/>
            <w:lang w:val="ru-RU"/>
          </w:rPr>
          <w:t>/</w:t>
        </w:r>
        <w:r>
          <w:rPr>
            <w:color w:val="145A8D"/>
            <w:u w:val="single"/>
          </w:rPr>
          <w:t>u</w:t>
        </w:r>
        <w:r w:rsidRPr="00E535A5">
          <w:rPr>
            <w:color w:val="145A8D"/>
            <w:u w:val="single"/>
            <w:lang w:val="ru-RU"/>
          </w:rPr>
          <w:t>/6</w:t>
        </w:r>
        <w:r>
          <w:rPr>
            <w:color w:val="145A8D"/>
            <w:u w:val="single"/>
          </w:rPr>
          <w:t>a</w:t>
        </w:r>
        <w:r w:rsidRPr="00E535A5">
          <w:rPr>
            <w:color w:val="145A8D"/>
            <w:u w:val="single"/>
            <w:lang w:val="ru-RU"/>
          </w:rPr>
          <w:t>9</w:t>
        </w:r>
        <w:r>
          <w:rPr>
            <w:color w:val="145A8D"/>
            <w:u w:val="single"/>
          </w:rPr>
          <w:t>ff</w:t>
        </w:r>
        <w:r w:rsidRPr="00E535A5">
          <w:rPr>
            <w:color w:val="145A8D"/>
            <w:u w:val="single"/>
            <w:lang w:val="ru-RU"/>
          </w:rPr>
          <w:t>19</w:t>
        </w:r>
        <w:r>
          <w:rPr>
            <w:color w:val="145A8D"/>
            <w:u w:val="single"/>
          </w:rPr>
          <w:t>c</w:t>
        </w:r>
        <w:r w:rsidRPr="00E535A5">
          <w:rPr>
            <w:color w:val="145A8D"/>
            <w:u w:val="single"/>
            <w:lang w:val="ru-RU"/>
          </w:rPr>
          <w:t>95</w:t>
        </w:r>
        <w:r>
          <w:rPr>
            <w:color w:val="145A8D"/>
            <w:u w:val="single"/>
          </w:rPr>
          <w:t>add</w:t>
        </w:r>
        <w:r w:rsidRPr="00E535A5">
          <w:rPr>
            <w:color w:val="145A8D"/>
            <w:u w:val="single"/>
            <w:lang w:val="ru-RU"/>
          </w:rPr>
          <w:t>524482</w:t>
        </w:r>
        <w:r>
          <w:rPr>
            <w:color w:val="145A8D"/>
            <w:u w:val="single"/>
          </w:rPr>
          <w:t>d</w:t>
        </w:r>
        <w:r w:rsidRPr="00E535A5">
          <w:rPr>
            <w:color w:val="145A8D"/>
            <w:u w:val="single"/>
            <w:lang w:val="ru-RU"/>
          </w:rPr>
          <w:t>9</w:t>
        </w:r>
        <w:r>
          <w:rPr>
            <w:color w:val="145A8D"/>
            <w:u w:val="single"/>
          </w:rPr>
          <w:t>a</w:t>
        </w:r>
        <w:r w:rsidRPr="00E535A5">
          <w:rPr>
            <w:color w:val="145A8D"/>
            <w:u w:val="single"/>
            <w:lang w:val="ru-RU"/>
          </w:rPr>
          <w:t>56/</w:t>
        </w:r>
      </w:hyperlink>
    </w:p>
    <w:sectPr w:rsidR="006F2215" w:rsidRPr="00E535A5" w:rsidSect="00034616">
      <w:footerReference w:type="default" r:id="rId16"/>
      <w:pgSz w:w="11906" w:h="16838"/>
      <w:pgMar w:top="794" w:right="935" w:bottom="850" w:left="935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0804E" w14:textId="77777777" w:rsidR="007E1F4C" w:rsidRDefault="007E1F4C">
      <w:pPr>
        <w:spacing w:after="0" w:line="240" w:lineRule="auto"/>
      </w:pPr>
      <w:r>
        <w:separator/>
      </w:r>
    </w:p>
  </w:endnote>
  <w:endnote w:type="continuationSeparator" w:id="0">
    <w:p w14:paraId="1D9FE960" w14:textId="77777777" w:rsidR="007E1F4C" w:rsidRDefault="007E1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A907" w14:textId="4A6D22FE" w:rsidR="006F2215" w:rsidRPr="005B7FD5" w:rsidRDefault="00000000">
    <w:pPr>
      <w:pStyle w:val="a7"/>
      <w:jc w:val="center"/>
      <w:rPr>
        <w:lang w:val="ru-RU"/>
      </w:rPr>
    </w:pPr>
    <w:r w:rsidRPr="00E535A5">
      <w:rPr>
        <w:color w:val="4D5B66"/>
        <w:sz w:val="17"/>
        <w:lang w:val="ru-RU"/>
      </w:rPr>
      <w:t>Всероссийский веб-квест «</w:t>
    </w:r>
    <w:proofErr w:type="spellStart"/>
    <w:r w:rsidRPr="00E535A5">
      <w:rPr>
        <w:color w:val="4D5B66"/>
        <w:sz w:val="17"/>
        <w:lang w:val="ru-RU"/>
      </w:rPr>
      <w:t>ЛингвоРегата</w:t>
    </w:r>
    <w:proofErr w:type="spellEnd"/>
    <w:r w:rsidRPr="00E535A5">
      <w:rPr>
        <w:color w:val="4D5B66"/>
        <w:sz w:val="17"/>
        <w:lang w:val="ru-RU"/>
      </w:rPr>
      <w:t xml:space="preserve">»  •  </w:t>
    </w:r>
    <w:proofErr w:type="spellStart"/>
    <w:r>
      <w:rPr>
        <w:color w:val="4D5B66"/>
        <w:sz w:val="17"/>
      </w:rPr>
      <w:t>lingvoregata</w:t>
    </w:r>
    <w:proofErr w:type="spellEnd"/>
    <w:r w:rsidRPr="00E535A5">
      <w:rPr>
        <w:color w:val="4D5B66"/>
        <w:sz w:val="17"/>
        <w:lang w:val="ru-RU"/>
      </w:rPr>
      <w:t>@</w:t>
    </w:r>
    <w:proofErr w:type="spellStart"/>
    <w:r>
      <w:rPr>
        <w:color w:val="4D5B66"/>
        <w:sz w:val="17"/>
      </w:rPr>
      <w:t>yandex</w:t>
    </w:r>
    <w:proofErr w:type="spellEnd"/>
    <w:r w:rsidRPr="00E535A5">
      <w:rPr>
        <w:color w:val="4D5B66"/>
        <w:sz w:val="17"/>
        <w:lang w:val="ru-RU"/>
      </w:rPr>
      <w:t>.</w:t>
    </w:r>
    <w:proofErr w:type="spellStart"/>
    <w:r w:rsidR="005B7FD5">
      <w:rPr>
        <w:color w:val="4D5B66"/>
        <w:sz w:val="17"/>
      </w:rPr>
      <w:t>ru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CF4F9" w14:textId="77777777" w:rsidR="007E1F4C" w:rsidRDefault="007E1F4C">
      <w:pPr>
        <w:spacing w:after="0" w:line="240" w:lineRule="auto"/>
      </w:pPr>
      <w:r>
        <w:separator/>
      </w:r>
    </w:p>
  </w:footnote>
  <w:footnote w:type="continuationSeparator" w:id="0">
    <w:p w14:paraId="12DE0E72" w14:textId="77777777" w:rsidR="007E1F4C" w:rsidRDefault="007E1F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9338082">
    <w:abstractNumId w:val="8"/>
  </w:num>
  <w:num w:numId="2" w16cid:durableId="1227371857">
    <w:abstractNumId w:val="6"/>
  </w:num>
  <w:num w:numId="3" w16cid:durableId="66540709">
    <w:abstractNumId w:val="5"/>
  </w:num>
  <w:num w:numId="4" w16cid:durableId="1035278597">
    <w:abstractNumId w:val="4"/>
  </w:num>
  <w:num w:numId="5" w16cid:durableId="1646204878">
    <w:abstractNumId w:val="7"/>
  </w:num>
  <w:num w:numId="6" w16cid:durableId="1840658391">
    <w:abstractNumId w:val="3"/>
  </w:num>
  <w:num w:numId="7" w16cid:durableId="287668693">
    <w:abstractNumId w:val="2"/>
  </w:num>
  <w:num w:numId="8" w16cid:durableId="185944069">
    <w:abstractNumId w:val="1"/>
  </w:num>
  <w:num w:numId="9" w16cid:durableId="142753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7FD5"/>
    <w:rsid w:val="006B71B8"/>
    <w:rsid w:val="006F2215"/>
    <w:rsid w:val="007E1F4C"/>
    <w:rsid w:val="00AA1D8D"/>
    <w:rsid w:val="00B47730"/>
    <w:rsid w:val="00BF64C4"/>
    <w:rsid w:val="00CB0664"/>
    <w:rsid w:val="00E535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659355"/>
  <w14:defaultImageDpi w14:val="300"/>
  <w15:docId w15:val="{BE19A9C9-CDE7-4CF0-B1AE-33655727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ptos" w:hAnsi="Aptos"/>
      <w:color w:val="26374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Blue">
    <w:name w:val="Section Blue"/>
    <w:pPr>
      <w:keepNext/>
      <w:spacing w:before="200" w:after="100"/>
    </w:pPr>
    <w:rPr>
      <w:rFonts w:ascii="Aptos Display" w:hAnsi="Aptos Display"/>
      <w:b/>
      <w:color w:val="123B5D"/>
      <w:sz w:val="26"/>
    </w:rPr>
  </w:style>
  <w:style w:type="character" w:styleId="aff8">
    <w:name w:val="Hyperlink"/>
    <w:basedOn w:val="a2"/>
    <w:uiPriority w:val="99"/>
    <w:unhideWhenUsed/>
    <w:rsid w:val="00E535A5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E53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yandex.ru/u/6a9ff19c95add524482d9a56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ngvoregata.uchitel-slovesnik.ru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orms.yandex.ru/u/6a9ff19c95add524482d9a56/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lingvoregata@ya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Liliya Rudman</cp:lastModifiedBy>
  <cp:revision>3</cp:revision>
  <dcterms:created xsi:type="dcterms:W3CDTF">2026-09-23T20:39:00Z</dcterms:created>
  <dcterms:modified xsi:type="dcterms:W3CDTF">2026-09-23T20:42:00Z</dcterms:modified>
  <cp:category/>
</cp:coreProperties>
</file>