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31475" w14:textId="77777777" w:rsidR="00D40393" w:rsidRPr="006D2520" w:rsidRDefault="00000000">
      <w:pPr>
        <w:pStyle w:val="aa"/>
        <w:spacing w:after="80"/>
        <w:jc w:val="center"/>
        <w:rPr>
          <w:lang w:val="ru-RU"/>
        </w:rPr>
      </w:pPr>
      <w:r w:rsidRPr="006D2520">
        <w:rPr>
          <w:rFonts w:ascii="Times New Roman" w:hAnsi="Times New Roman"/>
          <w:b/>
          <w:sz w:val="26"/>
          <w:lang w:val="ru-RU"/>
        </w:rPr>
        <w:t>Согласие на обработку персональных данных</w:t>
      </w:r>
    </w:p>
    <w:p w14:paraId="76448DEA" w14:textId="77777777" w:rsidR="00D40393" w:rsidRPr="006D2520" w:rsidRDefault="00000000">
      <w:pPr>
        <w:spacing w:after="40"/>
        <w:jc w:val="center"/>
        <w:rPr>
          <w:lang w:val="ru-RU"/>
        </w:rPr>
      </w:pPr>
      <w:r w:rsidRPr="006D2520">
        <w:rPr>
          <w:b/>
          <w:lang w:val="ru-RU"/>
        </w:rPr>
        <w:t>законного представителя несовершеннолетнего участника</w:t>
      </w:r>
    </w:p>
    <w:p w14:paraId="3F0539CD" w14:textId="77777777" w:rsidR="00D40393" w:rsidRPr="006D2520" w:rsidRDefault="00000000">
      <w:pPr>
        <w:spacing w:after="200"/>
        <w:jc w:val="center"/>
        <w:rPr>
          <w:lang w:val="ru-RU"/>
        </w:rPr>
      </w:pPr>
      <w:r w:rsidRPr="006D2520">
        <w:rPr>
          <w:b/>
          <w:lang w:val="ru-RU"/>
        </w:rPr>
        <w:t>Всероссийского сетевого квеста для школьных и студенческих команд</w:t>
      </w:r>
      <w:r w:rsidRPr="006D2520">
        <w:rPr>
          <w:b/>
          <w:lang w:val="ru-RU"/>
        </w:rPr>
        <w:br/>
        <w:t>«ЛингвоРегата» (далее — Квест)</w:t>
      </w:r>
    </w:p>
    <w:p w14:paraId="4687479C" w14:textId="77777777" w:rsidR="00D40393" w:rsidRPr="006D2520" w:rsidRDefault="00000000">
      <w:pPr>
        <w:spacing w:after="20"/>
        <w:rPr>
          <w:lang w:val="ru-RU"/>
        </w:rPr>
      </w:pPr>
      <w:r w:rsidRPr="006D2520">
        <w:rPr>
          <w:lang w:val="ru-RU"/>
        </w:rPr>
        <w:t>Я, __________________________________________________________________________,</w:t>
      </w:r>
    </w:p>
    <w:p w14:paraId="4ED31937" w14:textId="77777777" w:rsidR="00D40393" w:rsidRPr="006D2520" w:rsidRDefault="00000000">
      <w:pPr>
        <w:spacing w:after="120"/>
        <w:jc w:val="center"/>
        <w:rPr>
          <w:lang w:val="ru-RU"/>
        </w:rPr>
      </w:pPr>
      <w:r w:rsidRPr="006D2520">
        <w:rPr>
          <w:sz w:val="18"/>
          <w:lang w:val="ru-RU"/>
        </w:rPr>
        <w:t>(фамилия, имя, отчество (при наличии) полностью)</w:t>
      </w:r>
    </w:p>
    <w:p w14:paraId="137B4241" w14:textId="77777777" w:rsidR="00D40393" w:rsidRPr="006D2520" w:rsidRDefault="00000000">
      <w:pPr>
        <w:spacing w:after="120"/>
        <w:rPr>
          <w:lang w:val="ru-RU"/>
        </w:rPr>
      </w:pPr>
      <w:r w:rsidRPr="006D2520">
        <w:rPr>
          <w:lang w:val="ru-RU"/>
        </w:rPr>
        <w:t>Документ, удостоверяющий личность: ___________________________________________</w:t>
      </w:r>
      <w:r w:rsidRPr="006D2520">
        <w:rPr>
          <w:lang w:val="ru-RU"/>
        </w:rPr>
        <w:br/>
        <w:t>серия __________________________ № __________________________________________</w:t>
      </w:r>
      <w:r w:rsidRPr="006D2520">
        <w:rPr>
          <w:lang w:val="ru-RU"/>
        </w:rPr>
        <w:br/>
        <w:t>выдан _______________________________________________________________________</w:t>
      </w:r>
      <w:r w:rsidRPr="006D2520">
        <w:rPr>
          <w:lang w:val="ru-RU"/>
        </w:rPr>
        <w:br/>
        <w:t>_____________________________________________________________________________</w:t>
      </w:r>
      <w:r w:rsidRPr="006D2520">
        <w:rPr>
          <w:lang w:val="ru-RU"/>
        </w:rPr>
        <w:br/>
        <w:t>Дата выдачи: __________________________</w:t>
      </w:r>
    </w:p>
    <w:p w14:paraId="7AA960F8" w14:textId="77777777" w:rsidR="00D40393" w:rsidRPr="006D2520" w:rsidRDefault="00000000">
      <w:pPr>
        <w:spacing w:after="120"/>
        <w:rPr>
          <w:lang w:val="ru-RU"/>
        </w:rPr>
      </w:pPr>
      <w:r w:rsidRPr="006D2520">
        <w:rPr>
          <w:lang w:val="ru-RU"/>
        </w:rPr>
        <w:t>Адрес регистрации: __________________________________________________________</w:t>
      </w:r>
      <w:r w:rsidRPr="006D2520">
        <w:rPr>
          <w:lang w:val="ru-RU"/>
        </w:rPr>
        <w:br/>
        <w:t>_____________________________________________________________________________</w:t>
      </w:r>
    </w:p>
    <w:p w14:paraId="4EFA147C" w14:textId="77777777" w:rsidR="00D40393" w:rsidRPr="006D2520" w:rsidRDefault="00000000">
      <w:pPr>
        <w:spacing w:after="20"/>
        <w:rPr>
          <w:lang w:val="ru-RU"/>
        </w:rPr>
      </w:pPr>
      <w:r w:rsidRPr="006D2520">
        <w:rPr>
          <w:lang w:val="ru-RU"/>
        </w:rPr>
        <w:t>являясь законным представителем несовершеннолетнего</w:t>
      </w:r>
      <w:r w:rsidRPr="006D2520">
        <w:rPr>
          <w:lang w:val="ru-RU"/>
        </w:rPr>
        <w:br/>
        <w:t>_____________________________________________________________________________,</w:t>
      </w:r>
    </w:p>
    <w:p w14:paraId="6AF0C5C4" w14:textId="77777777" w:rsidR="00D40393" w:rsidRPr="006D2520" w:rsidRDefault="00000000">
      <w:pPr>
        <w:spacing w:after="120"/>
        <w:jc w:val="center"/>
        <w:rPr>
          <w:lang w:val="ru-RU"/>
        </w:rPr>
      </w:pPr>
      <w:r w:rsidRPr="006D2520">
        <w:rPr>
          <w:sz w:val="18"/>
          <w:lang w:val="ru-RU"/>
        </w:rPr>
        <w:t>(фамилия, имя, отчество (при наличии) полностью)</w:t>
      </w:r>
    </w:p>
    <w:p w14:paraId="31DFDF8C" w14:textId="77777777" w:rsidR="00D40393" w:rsidRPr="006D2520" w:rsidRDefault="00000000">
      <w:pPr>
        <w:spacing w:after="120"/>
        <w:rPr>
          <w:lang w:val="ru-RU"/>
        </w:rPr>
      </w:pPr>
      <w:r w:rsidRPr="006D2520">
        <w:rPr>
          <w:lang w:val="ru-RU"/>
        </w:rPr>
        <w:t>зарегистрированного по адресу: _________________________________________________</w:t>
      </w:r>
      <w:r w:rsidRPr="006D2520">
        <w:rPr>
          <w:lang w:val="ru-RU"/>
        </w:rPr>
        <w:br/>
        <w:t>_____________________________________________________________________________</w:t>
      </w:r>
      <w:r w:rsidRPr="006D2520">
        <w:rPr>
          <w:lang w:val="ru-RU"/>
        </w:rPr>
        <w:br/>
        <w:t>(далее — несовершеннолетний участник),</w:t>
      </w:r>
    </w:p>
    <w:p w14:paraId="748FD4B3" w14:textId="50E135F1" w:rsidR="00D40393" w:rsidRPr="006D2520" w:rsidRDefault="00000000">
      <w:pPr>
        <w:jc w:val="both"/>
        <w:rPr>
          <w:lang w:val="ru-RU"/>
        </w:rPr>
      </w:pPr>
      <w:r w:rsidRPr="006D2520">
        <w:rPr>
          <w:lang w:val="ru-RU"/>
        </w:rPr>
        <w:t xml:space="preserve">в соответствии с пунктом 4 статьи 9 Федерального закона от 27.07.2006 № 152-ФЗ «О персональных данных» даю согласие Общероссийской общественной организации «Ассоциация учителей литературы и русского языка», адрес местонахождения: </w:t>
      </w:r>
      <w:r w:rsidR="006D2520" w:rsidRPr="006D2520">
        <w:rPr>
          <w:lang w:val="ru-RU"/>
        </w:rPr>
        <w:t>119330,</w:t>
      </w:r>
      <w:r w:rsidR="006D2520" w:rsidRPr="006D2520">
        <w:t> </w:t>
      </w:r>
      <w:r w:rsidR="006D2520" w:rsidRPr="006D2520">
        <w:rPr>
          <w:lang w:val="ru-RU"/>
        </w:rPr>
        <w:t>город Москва,</w:t>
      </w:r>
      <w:r w:rsidR="006D2520" w:rsidRPr="006D2520">
        <w:t> </w:t>
      </w:r>
      <w:r w:rsidR="006D2520" w:rsidRPr="006D2520">
        <w:rPr>
          <w:lang w:val="ru-RU"/>
        </w:rPr>
        <w:t>Мосфильмовская ул., д. 17б, помещ. 1/</w:t>
      </w:r>
      <w:proofErr w:type="gramStart"/>
      <w:r w:rsidR="006D2520" w:rsidRPr="006D2520">
        <w:rPr>
          <w:lang w:val="ru-RU"/>
        </w:rPr>
        <w:t>м</w:t>
      </w:r>
      <w:r w:rsidR="006D2520" w:rsidRPr="006D2520">
        <w:t> </w:t>
      </w:r>
      <w:r w:rsidRPr="006D2520">
        <w:rPr>
          <w:lang w:val="ru-RU"/>
        </w:rPr>
        <w:t xml:space="preserve"> (</w:t>
      </w:r>
      <w:proofErr w:type="gramEnd"/>
      <w:r w:rsidRPr="006D2520">
        <w:rPr>
          <w:lang w:val="ru-RU"/>
        </w:rPr>
        <w:t>далее — Организатор), в целях:</w:t>
      </w:r>
    </w:p>
    <w:p w14:paraId="4CDFC4DF" w14:textId="77777777" w:rsidR="00D40393" w:rsidRPr="006D2520" w:rsidRDefault="00000000">
      <w:pPr>
        <w:spacing w:after="40"/>
        <w:jc w:val="both"/>
        <w:rPr>
          <w:lang w:val="ru-RU"/>
        </w:rPr>
      </w:pPr>
      <w:r w:rsidRPr="006D2520">
        <w:rPr>
          <w:lang w:val="ru-RU"/>
        </w:rPr>
        <w:t>– организации, проведения и популяризации Квеста;</w:t>
      </w:r>
    </w:p>
    <w:p w14:paraId="3F9083F1" w14:textId="77777777" w:rsidR="00D40393" w:rsidRPr="006D2520" w:rsidRDefault="00000000">
      <w:pPr>
        <w:spacing w:after="40"/>
        <w:jc w:val="both"/>
        <w:rPr>
          <w:lang w:val="ru-RU"/>
        </w:rPr>
      </w:pPr>
      <w:r w:rsidRPr="006D2520">
        <w:rPr>
          <w:lang w:val="ru-RU"/>
        </w:rPr>
        <w:t>– обеспечения участия в Квесте несовершеннолетнего участника;</w:t>
      </w:r>
    </w:p>
    <w:p w14:paraId="262281BB" w14:textId="77777777" w:rsidR="00D40393" w:rsidRPr="006D2520" w:rsidRDefault="00000000">
      <w:pPr>
        <w:spacing w:after="40"/>
        <w:jc w:val="both"/>
        <w:rPr>
          <w:lang w:val="ru-RU"/>
        </w:rPr>
      </w:pPr>
      <w:r w:rsidRPr="006D2520">
        <w:rPr>
          <w:lang w:val="ru-RU"/>
        </w:rPr>
        <w:t>– формирования статистических и аналитических отчетов по результатам Квеста, подготовки информационных материалов;</w:t>
      </w:r>
    </w:p>
    <w:p w14:paraId="14D799DC" w14:textId="77777777" w:rsidR="00D40393" w:rsidRPr="006D2520" w:rsidRDefault="00000000">
      <w:pPr>
        <w:spacing w:after="40"/>
        <w:jc w:val="both"/>
        <w:rPr>
          <w:lang w:val="ru-RU"/>
        </w:rPr>
      </w:pPr>
      <w:r w:rsidRPr="006D2520">
        <w:rPr>
          <w:lang w:val="ru-RU"/>
        </w:rPr>
        <w:t>– создания базы данных участников Квеста;</w:t>
      </w:r>
    </w:p>
    <w:p w14:paraId="2E3645DE" w14:textId="77777777" w:rsidR="00D40393" w:rsidRPr="006D2520" w:rsidRDefault="00000000">
      <w:pPr>
        <w:spacing w:after="40"/>
        <w:jc w:val="both"/>
        <w:rPr>
          <w:lang w:val="ru-RU"/>
        </w:rPr>
      </w:pPr>
      <w:r w:rsidRPr="006D2520">
        <w:rPr>
          <w:lang w:val="ru-RU"/>
        </w:rPr>
        <w:t>– обеспечения соблюдения законодательства Российской Федерации;</w:t>
      </w:r>
    </w:p>
    <w:p w14:paraId="73233148" w14:textId="77777777" w:rsidR="00D40393" w:rsidRPr="006D2520" w:rsidRDefault="00000000">
      <w:pPr>
        <w:jc w:val="both"/>
        <w:rPr>
          <w:lang w:val="ru-RU"/>
        </w:rPr>
      </w:pPr>
      <w:r w:rsidRPr="006D2520">
        <w:rPr>
          <w:lang w:val="ru-RU"/>
        </w:rPr>
        <w:t>на совершение действий, предусмотренных пунктом 3 статьи 3 Федерального закона от 27.07.2006 № 152-ФЗ «О персональных данных», в отношении следующих персональных данных несовершеннолетнего участника:</w:t>
      </w:r>
    </w:p>
    <w:p w14:paraId="28269CFB" w14:textId="77777777" w:rsidR="00D40393" w:rsidRPr="006D2520" w:rsidRDefault="00000000">
      <w:pPr>
        <w:spacing w:after="40"/>
        <w:jc w:val="both"/>
        <w:rPr>
          <w:lang w:val="ru-RU"/>
        </w:rPr>
      </w:pPr>
      <w:r w:rsidRPr="006D2520">
        <w:rPr>
          <w:lang w:val="ru-RU"/>
        </w:rPr>
        <w:t>– фамилия, имя, отчество (при наличии);</w:t>
      </w:r>
    </w:p>
    <w:p w14:paraId="6C610C8B" w14:textId="77777777" w:rsidR="00D40393" w:rsidRPr="006D2520" w:rsidRDefault="00000000">
      <w:pPr>
        <w:spacing w:after="40"/>
        <w:jc w:val="both"/>
        <w:rPr>
          <w:lang w:val="ru-RU"/>
        </w:rPr>
      </w:pPr>
      <w:r w:rsidRPr="006D2520">
        <w:rPr>
          <w:lang w:val="ru-RU"/>
        </w:rPr>
        <w:t>– наименование учебного заведения, класс;</w:t>
      </w:r>
    </w:p>
    <w:p w14:paraId="622B15A6" w14:textId="77777777" w:rsidR="00D40393" w:rsidRPr="006D2520" w:rsidRDefault="00000000">
      <w:pPr>
        <w:spacing w:after="40"/>
        <w:jc w:val="both"/>
        <w:rPr>
          <w:lang w:val="ru-RU"/>
        </w:rPr>
      </w:pPr>
      <w:r w:rsidRPr="006D2520">
        <w:rPr>
          <w:lang w:val="ru-RU"/>
        </w:rPr>
        <w:t>– фото- и видеоизображение.</w:t>
      </w:r>
    </w:p>
    <w:p w14:paraId="29EA638A" w14:textId="77777777" w:rsidR="00D40393" w:rsidRPr="006D2520" w:rsidRDefault="00000000">
      <w:pPr>
        <w:jc w:val="both"/>
        <w:rPr>
          <w:lang w:val="ru-RU"/>
        </w:rPr>
      </w:pPr>
      <w:r w:rsidRPr="006D2520">
        <w:rPr>
          <w:b/>
          <w:lang w:val="ru-RU"/>
        </w:rPr>
        <w:t>Перечень действий с персональными данными и способы их обработки</w:t>
      </w:r>
    </w:p>
    <w:p w14:paraId="1FF95DA2" w14:textId="77777777" w:rsidR="00D40393" w:rsidRPr="006D2520" w:rsidRDefault="00000000">
      <w:pPr>
        <w:jc w:val="both"/>
        <w:rPr>
          <w:lang w:val="ru-RU"/>
        </w:rPr>
      </w:pPr>
      <w:r w:rsidRPr="006D2520">
        <w:rPr>
          <w:lang w:val="ru-RU"/>
        </w:rPr>
        <w:t>Обработка вышеуказанных персональных данных будет осуществляться путем смешанной (автоматизированной, неавтоматизированной) обработки персональных данных.</w:t>
      </w:r>
    </w:p>
    <w:p w14:paraId="3C89C1AE" w14:textId="77777777" w:rsidR="00D40393" w:rsidRPr="006D2520" w:rsidRDefault="00000000">
      <w:pPr>
        <w:jc w:val="both"/>
        <w:rPr>
          <w:lang w:val="ru-RU"/>
        </w:rPr>
      </w:pPr>
      <w:r w:rsidRPr="006D2520">
        <w:rPr>
          <w:lang w:val="ru-RU"/>
        </w:rPr>
        <w:t>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14:paraId="0BD80209" w14:textId="77777777" w:rsidR="00D40393" w:rsidRPr="006D2520" w:rsidRDefault="00000000">
      <w:pPr>
        <w:spacing w:after="200"/>
        <w:jc w:val="both"/>
        <w:rPr>
          <w:lang w:val="ru-RU"/>
        </w:rPr>
      </w:pPr>
      <w:r w:rsidRPr="006D2520">
        <w:rPr>
          <w:lang w:val="ru-RU"/>
        </w:rPr>
        <w:t>Настоящее согласие вступает в силу со дня его подписания и действует в течение неопределённого срока. Согласие может быть отозвано мною в любое время на основании моего письменного заявления, совершенного в простой письменной форме.</w:t>
      </w:r>
    </w:p>
    <w:p w14:paraId="78D2D43B" w14:textId="77777777" w:rsidR="00D40393" w:rsidRPr="006D2520" w:rsidRDefault="00000000">
      <w:pPr>
        <w:keepNext/>
        <w:spacing w:after="40"/>
        <w:rPr>
          <w:lang w:val="ru-RU"/>
        </w:rPr>
      </w:pPr>
      <w:r w:rsidRPr="006D2520">
        <w:rPr>
          <w:lang w:val="ru-RU"/>
        </w:rPr>
        <w:t>«____» ______________ 20____ г.     _______________     __________________________</w:t>
      </w:r>
    </w:p>
    <w:p w14:paraId="4B24C7C8" w14:textId="77777777" w:rsidR="00D40393" w:rsidRPr="006D2520" w:rsidRDefault="00000000">
      <w:pPr>
        <w:jc w:val="both"/>
        <w:rPr>
          <w:lang w:val="ru-RU"/>
        </w:rPr>
      </w:pPr>
      <w:r w:rsidRPr="006D2520">
        <w:rPr>
          <w:sz w:val="18"/>
          <w:lang w:val="ru-RU"/>
        </w:rPr>
        <w:t xml:space="preserve">                     (</w:t>
      </w:r>
      <w:proofErr w:type="gramStart"/>
      <w:r w:rsidRPr="006D2520">
        <w:rPr>
          <w:sz w:val="18"/>
          <w:lang w:val="ru-RU"/>
        </w:rPr>
        <w:t xml:space="preserve">дата)   </w:t>
      </w:r>
      <w:proofErr w:type="gramEnd"/>
      <w:r w:rsidRPr="006D2520">
        <w:rPr>
          <w:sz w:val="18"/>
          <w:lang w:val="ru-RU"/>
        </w:rPr>
        <w:t xml:space="preserve">                                </w:t>
      </w:r>
      <w:proofErr w:type="gramStart"/>
      <w:r w:rsidRPr="006D2520">
        <w:rPr>
          <w:sz w:val="18"/>
          <w:lang w:val="ru-RU"/>
        </w:rPr>
        <w:t xml:space="preserve">   (подпись)   </w:t>
      </w:r>
      <w:proofErr w:type="gramEnd"/>
      <w:r w:rsidRPr="006D2520">
        <w:rPr>
          <w:sz w:val="18"/>
          <w:lang w:val="ru-RU"/>
        </w:rPr>
        <w:t xml:space="preserve">                 </w:t>
      </w:r>
      <w:proofErr w:type="gramStart"/>
      <w:r w:rsidRPr="006D2520">
        <w:rPr>
          <w:sz w:val="18"/>
          <w:lang w:val="ru-RU"/>
        </w:rPr>
        <w:t xml:space="preserve">   (</w:t>
      </w:r>
      <w:proofErr w:type="gramEnd"/>
      <w:r w:rsidRPr="006D2520">
        <w:rPr>
          <w:sz w:val="18"/>
          <w:lang w:val="ru-RU"/>
        </w:rPr>
        <w:t>расшифровка подписи)</w:t>
      </w:r>
    </w:p>
    <w:sectPr w:rsidR="00D40393" w:rsidRPr="006D2520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6977799">
    <w:abstractNumId w:val="8"/>
  </w:num>
  <w:num w:numId="2" w16cid:durableId="1438864615">
    <w:abstractNumId w:val="6"/>
  </w:num>
  <w:num w:numId="3" w16cid:durableId="197545035">
    <w:abstractNumId w:val="5"/>
  </w:num>
  <w:num w:numId="4" w16cid:durableId="699554724">
    <w:abstractNumId w:val="4"/>
  </w:num>
  <w:num w:numId="5" w16cid:durableId="679356011">
    <w:abstractNumId w:val="7"/>
  </w:num>
  <w:num w:numId="6" w16cid:durableId="1268931298">
    <w:abstractNumId w:val="3"/>
  </w:num>
  <w:num w:numId="7" w16cid:durableId="577059348">
    <w:abstractNumId w:val="2"/>
  </w:num>
  <w:num w:numId="8" w16cid:durableId="485442494">
    <w:abstractNumId w:val="1"/>
  </w:num>
  <w:num w:numId="9" w16cid:durableId="1642953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D2520"/>
    <w:rsid w:val="00AA1D8D"/>
    <w:rsid w:val="00B47730"/>
    <w:rsid w:val="00CB0664"/>
    <w:rsid w:val="00D40393"/>
    <w:rsid w:val="00D43C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27F1F1"/>
  <w14:defaultImageDpi w14:val="300"/>
  <w15:docId w15:val="{53760D5E-FA39-478E-9444-07921D7C9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40" w:lineRule="auto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— ЛингвоРегата</dc:title>
  <dc:subject/>
  <dc:creator/>
  <cp:keywords/>
  <dc:description>generated by python-docx</dc:description>
  <cp:lastModifiedBy>Liliya Rudman</cp:lastModifiedBy>
  <cp:revision>2</cp:revision>
  <dcterms:created xsi:type="dcterms:W3CDTF">2013-12-23T23:15:00Z</dcterms:created>
  <dcterms:modified xsi:type="dcterms:W3CDTF">2026-09-19T10:14:00Z</dcterms:modified>
  <cp:category/>
</cp:coreProperties>
</file>